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jc w:val="right"/>
      </w:pPr>
      <w:r>
        <w:rPr>
          <w:b w:val="0"/>
          <w:i w:val="0"/>
        </w:rPr>
        <w:t>........................................, dnia ....................... r.</w:t>
      </w:r>
    </w:p>
    <w:p>
      <w:pPr>
        <w:spacing w:after="120"/>
      </w:pPr>
      <w:r>
        <w:rPr>
          <w:b w:val="0"/>
          <w:i w:val="0"/>
        </w:rPr>
      </w:r>
    </w:p>
    <w:p>
      <w:pPr>
        <w:spacing w:after="120"/>
      </w:pPr>
      <w:r>
        <w:rPr>
          <w:b/>
          <w:i w:val="0"/>
          <w:sz w:val="20"/>
        </w:rPr>
        <w:t>Wnioskodawca (rodzic pierwszy):</w:t>
      </w:r>
    </w:p>
    <w:p>
      <w:pPr>
        <w:spacing w:after="120"/>
      </w:pPr>
      <w:r>
        <w:rPr>
          <w:b w:val="0"/>
          <w:i w:val="0"/>
        </w:rPr>
        <w:t>.......................................................</w:t>
      </w:r>
    </w:p>
    <w:p>
      <w:pPr>
        <w:spacing w:after="120"/>
      </w:pPr>
      <w:r>
        <w:rPr>
          <w:b w:val="0"/>
          <w:i/>
          <w:sz w:val="16"/>
        </w:rPr>
        <w:t>(imię i nazwisko, adres, PESEL)</w:t>
      </w:r>
    </w:p>
    <w:p>
      <w:pPr>
        <w:spacing w:after="120"/>
      </w:pPr>
      <w:r>
        <w:rPr>
          <w:b/>
          <w:i w:val="0"/>
          <w:sz w:val="20"/>
        </w:rPr>
        <w:t>Wnioskodawca (rodzic drugi - wypełnić, gdy wniosek składają oboje rodzice wspólnie):</w:t>
      </w:r>
    </w:p>
    <w:p>
      <w:pPr>
        <w:spacing w:after="120"/>
      </w:pPr>
      <w:r>
        <w:rPr>
          <w:b w:val="0"/>
          <w:i w:val="0"/>
        </w:rPr>
        <w:t>.......................................................</w:t>
      </w:r>
    </w:p>
    <w:p>
      <w:pPr>
        <w:spacing w:after="120"/>
      </w:pPr>
      <w:r>
        <w:rPr>
          <w:b w:val="0"/>
          <w:i/>
          <w:sz w:val="16"/>
        </w:rPr>
        <w:t>(imię i nazwisko, adres, PESEL)</w:t>
      </w:r>
    </w:p>
    <w:p>
      <w:pPr>
        <w:spacing w:after="120"/>
      </w:pPr>
      <w:r>
        <w:rPr>
          <w:b w:val="0"/>
          <w:i/>
        </w:rPr>
        <w:t>działający w imieniu małoletniego:</w:t>
      </w:r>
    </w:p>
    <w:p>
      <w:pPr>
        <w:spacing w:after="120"/>
      </w:pPr>
      <w:r>
        <w:rPr>
          <w:b w:val="0"/>
          <w:i w:val="0"/>
        </w:rPr>
        <w:t>.......................................................</w:t>
      </w:r>
    </w:p>
    <w:p>
      <w:pPr>
        <w:spacing w:after="0"/>
      </w:pPr>
      <w:r>
        <w:rPr>
          <w:b w:val="0"/>
          <w:i/>
          <w:sz w:val="16"/>
        </w:rPr>
        <w:t>(imię i nazwisko dziecka, PESEL, data urodzenia)</w:t>
      </w:r>
    </w:p>
    <w:p>
      <w:pPr>
        <w:spacing w:after="120"/>
      </w:pPr>
      <w:r>
        <w:rPr>
          <w:b w:val="0"/>
          <w:i w:val="0"/>
        </w:rPr>
      </w:r>
    </w:p>
    <w:p>
      <w:pPr>
        <w:spacing w:after="120"/>
        <w:jc w:val="right"/>
      </w:pPr>
      <w:r>
        <w:rPr>
          <w:b w:val="0"/>
          <w:i w:val="0"/>
        </w:rPr>
        <w:t>Sąd Rejonowy w ............................................</w:t>
      </w:r>
    </w:p>
    <w:p>
      <w:pPr>
        <w:spacing w:after="120"/>
        <w:jc w:val="right"/>
      </w:pPr>
      <w:r>
        <w:rPr>
          <w:b w:val="0"/>
          <w:i w:val="0"/>
        </w:rPr>
        <w:t>Wydział ...... Cywilny</w:t>
      </w:r>
    </w:p>
    <w:p>
      <w:pPr>
        <w:spacing w:after="120"/>
      </w:pPr>
      <w:r>
        <w:rPr>
          <w:b w:val="0"/>
          <w:i w:val="0"/>
        </w:rPr>
      </w:r>
    </w:p>
    <w:p>
      <w:pPr>
        <w:spacing w:after="40"/>
        <w:jc w:val="center"/>
      </w:pPr>
      <w:r>
        <w:rPr>
          <w:b/>
          <w:i w:val="0"/>
        </w:rPr>
        <w:t>WNIOSEK O ODEBRANIE OŚWIADCZENIA O ODRZUCENIU SPADKU</w:t>
      </w:r>
    </w:p>
    <w:p>
      <w:pPr>
        <w:spacing w:after="40"/>
        <w:jc w:val="center"/>
      </w:pPr>
      <w:r>
        <w:rPr>
          <w:b/>
          <w:i w:val="0"/>
        </w:rPr>
        <w:t>W IMIENIU MAŁOLETNIEGO</w:t>
      </w:r>
    </w:p>
    <w:p>
      <w:pPr>
        <w:spacing w:after="240"/>
        <w:jc w:val="center"/>
      </w:pPr>
      <w:r>
        <w:rPr>
          <w:b w:val="0"/>
          <w:i/>
        </w:rPr>
        <w:t>dla przypadku, w którym odrębne zezwolenie sądu nie jest potrzebne</w:t>
      </w:r>
    </w:p>
    <w:p>
      <w:pPr>
        <w:pBdr>
          <w:top w:val="single" w:sz="12" w:space="4" w:color="B45309"/>
          <w:left w:val="single" w:sz="12" w:space="4" w:color="B45309"/>
          <w:bottom w:val="single" w:sz="12" w:space="4" w:color="B45309"/>
          <w:right w:val="single" w:sz="12" w:space="4" w:color="B45309"/>
        </w:pBdr>
        <w:spacing w:before="120" w:after="240"/>
        <w:jc w:val="both"/>
      </w:pPr>
      <w:r>
        <w:rPr>
          <w:b/>
          <w:i w:val="0"/>
          <w:sz w:val="20"/>
        </w:rPr>
        <w:t xml:space="preserve">PRZECZYTAJ NAJPIERW. To jest wniosek, a nie oświadczenie o odrzuceniu spadku. </w:t>
      </w:r>
      <w:r>
        <w:rPr>
          <w:b w:val="0"/>
          <w:i w:val="0"/>
          <w:sz w:val="20"/>
        </w:rPr>
        <w:t xml:space="preserve">Tym pismem prosisz sąd o wyznaczenie posiedzenia. Sąd niczego sam nie odrzuca: na posiedzeniu wyłącznie odbierze od Ciebie oświadczenie i wpisze je do protokołu. Złożenie wniosku przed upływem sześciu miesięcy zachowuje termin, ale nie zastępuje samego oświadczenia, więc na wezwanie sądu trzeba się stawić. Alternatywą, w praktyce szybszą, jest złożenie oświadczenia od razu u notariusza; wtedy ten wniosek nie jest potrzebny.</w:t>
      </w:r>
    </w:p>
    <w:p>
      <w:pPr>
        <w:spacing w:after="120"/>
        <w:jc w:val="both"/>
      </w:pPr>
      <w:r>
        <w:rPr>
          <w:b/>
          <w:i w:val="0"/>
        </w:rPr>
        <w:t>Wnoszę o wyznaczenie posiedzenia i odebranie ode mnie oświadczenia o odrzuceniu spadku w imieniu małoletniego, po spadkodawcy wskazanym poniżej.</w:t>
      </w:r>
    </w:p>
    <w:p>
      <w:pPr>
        <w:spacing w:after="120"/>
      </w:pPr>
      <w:r>
        <w:rPr>
          <w:b w:val="0"/>
          <w:i w:val="0"/>
        </w:rPr>
      </w:r>
    </w:p>
    <w:p>
      <w:pPr>
        <w:spacing w:after="120"/>
      </w:pPr>
      <w:r>
        <w:rPr>
          <w:b/>
          <w:i w:val="0"/>
        </w:rPr>
        <w:t>1. Dane spadkodawcy</w:t>
      </w:r>
    </w:p>
    <w:p>
      <w:pPr>
        <w:spacing w:after="120"/>
      </w:pPr>
      <w:r>
        <w:rPr>
          <w:b w:val="0"/>
          <w:i w:val="0"/>
        </w:rPr>
        <w:t>Imię i nazwisko: ...........................................................................</w:t>
      </w:r>
    </w:p>
    <w:p>
      <w:pPr>
        <w:spacing w:after="120"/>
      </w:pPr>
      <w:r>
        <w:rPr>
          <w:b w:val="0"/>
          <w:i w:val="0"/>
        </w:rPr>
        <w:t>Data śmierci: ....................................  Miejsce śmierci: ........................................</w:t>
      </w:r>
    </w:p>
    <w:p>
      <w:pPr>
        <w:spacing w:after="120"/>
      </w:pPr>
      <w:r>
        <w:rPr>
          <w:b w:val="0"/>
          <w:i w:val="0"/>
        </w:rPr>
        <w:t>Ostatnie miejsce zwykłego pobytu: ...........................................................................</w:t>
      </w:r>
    </w:p>
    <w:p>
      <w:pPr>
        <w:spacing w:after="120"/>
      </w:pPr>
      <w:r>
        <w:rPr>
          <w:b w:val="0"/>
          <w:i w:val="0"/>
        </w:rPr>
      </w:r>
    </w:p>
    <w:p>
      <w:pPr>
        <w:spacing w:after="120"/>
      </w:pPr>
      <w:r>
        <w:rPr>
          <w:b/>
          <w:i w:val="0"/>
        </w:rPr>
        <w:t>2. Tytuł powołania dziecka do spadku</w:t>
      </w:r>
    </w:p>
    <w:p>
      <w:pPr>
        <w:spacing w:after="120"/>
        <w:jc w:val="both"/>
      </w:pPr>
      <w:r>
        <w:rPr>
          <w:b w:val="0"/>
          <w:i w:val="0"/>
        </w:rPr>
        <w:t>Małoletni został powołany do spadku wskutek odrzucenia spadku przeze mnie w dniu ....................... r.</w:t>
      </w:r>
    </w:p>
    <w:p>
      <w:pPr>
        <w:spacing w:after="120"/>
        <w:jc w:val="both"/>
      </w:pPr>
      <w:r>
        <w:rPr>
          <w:b w:val="0"/>
          <w:i w:val="0"/>
        </w:rPr>
        <w:t>O powołaniu dziecka do spadku dowiedziałem się w dniu ....................... r.</w:t>
      </w:r>
    </w:p>
    <w:p>
      <w:pPr>
        <w:spacing w:after="120"/>
      </w:pPr>
      <w:r>
        <w:rPr>
          <w:b w:val="0"/>
          <w:i w:val="0"/>
        </w:rPr>
      </w:r>
    </w:p>
    <w:p>
      <w:pPr>
        <w:spacing w:after="120"/>
      </w:pPr>
      <w:r>
        <w:rPr>
          <w:b/>
          <w:i w:val="0"/>
        </w:rPr>
        <w:t>3. Zapowiedź treści oświadczenia (nie jest to jeszcze samo oświadczenie)</w:t>
      </w:r>
    </w:p>
    <w:p>
      <w:pPr>
        <w:spacing w:after="120"/>
        <w:jc w:val="both"/>
      </w:pPr>
      <w:r>
        <w:rPr>
          <w:b w:val="0"/>
          <w:i w:val="0"/>
        </w:rPr>
        <w:t>Na posiedzeniu złożę oświadczenie o następującej treści: „działając w imieniu małoletniego .............................................. odrzucam w całości spadek po wyżej wskazanym spadkodawcy". Punkt ten podaje się, bo art. 641 KPC wymaga wskazania treści oświadczenia. Skutek prawny wywoła dopiero oświadczenie złożone przed sądem albo przed notariuszem, a nie ten wniosek.</w:t>
      </w:r>
    </w:p>
    <w:p>
      <w:pPr>
        <w:spacing w:after="120"/>
      </w:pPr>
      <w:r>
        <w:rPr>
          <w:b w:val="0"/>
          <w:i w:val="0"/>
        </w:rPr>
      </w:r>
    </w:p>
    <w:p>
      <w:pPr>
        <w:spacing w:after="120"/>
      </w:pPr>
      <w:r>
        <w:rPr>
          <w:b/>
          <w:i w:val="0"/>
        </w:rPr>
        <w:t>4. Oświadczenia wymagane przy odrzuceniu spadku w imieniu dziecka</w:t>
      </w:r>
    </w:p>
    <w:p>
      <w:pPr>
        <w:spacing w:after="120"/>
        <w:jc w:val="both"/>
      </w:pPr>
      <w:r>
        <w:rPr>
          <w:b w:val="0"/>
          <w:i w:val="0"/>
        </w:rPr>
        <w:t>Oświadczam, że:</w:t>
      </w:r>
    </w:p>
    <w:p>
      <w:pPr>
        <w:spacing w:after="60"/>
        <w:jc w:val="both"/>
      </w:pPr>
      <w:r>
        <w:rPr>
          <w:b w:val="0"/>
          <w:i w:val="0"/>
        </w:rPr>
        <w:t>1) przysługuje mi władza rodzicielska nad małoletnim w zakresie ......................................................;</w:t>
      </w:r>
    </w:p>
    <w:p>
      <w:pPr>
        <w:spacing w:after="60"/>
        <w:jc w:val="both"/>
      </w:pPr>
      <w:r>
        <w:rPr>
          <w:b w:val="0"/>
          <w:i w:val="0"/>
        </w:rPr>
        <w:t>2) drugi rodzic, ......................................................, wyraził zgodę na odrzucenie spadku w imieniu małoletniego / wniosek i oświadczenie składane są wspólnie przez oboje rodziców (niepotrzebne skreślić);</w:t>
      </w:r>
    </w:p>
    <w:p>
      <w:pPr>
        <w:spacing w:after="60"/>
        <w:jc w:val="both"/>
      </w:pPr>
      <w:r>
        <w:rPr>
          <w:b w:val="0"/>
          <w:i w:val="0"/>
        </w:rPr>
        <w:t>3) spadek został uprzednio odrzucony przeze mnie / przez drugiego rodzica (niepotrzebne skreślić) w dniu ....................... r.;</w:t>
      </w:r>
    </w:p>
    <w:p>
      <w:pPr>
        <w:spacing w:after="60"/>
        <w:jc w:val="both"/>
      </w:pPr>
      <w:r>
        <w:rPr>
          <w:b w:val="0"/>
          <w:i w:val="0"/>
        </w:rPr>
        <w:t>4) spadek odrzucili również inni zstępni rodziców małoletniego, to jest: ......................................................................................................... / poza małoletnim rodzice dziecka nie mają innych zstępnych (niepotrzebne skreślić).</w:t>
      </w:r>
    </w:p>
    <w:p>
      <w:pPr>
        <w:spacing w:after="120"/>
      </w:pPr>
      <w:r>
        <w:rPr>
          <w:b w:val="0"/>
          <w:i w:val="0"/>
        </w:rPr>
      </w:r>
    </w:p>
    <w:p>
      <w:pPr>
        <w:spacing w:after="120"/>
        <w:jc w:val="both"/>
      </w:pPr>
      <w:r>
        <w:rPr>
          <w:b/>
          <w:i w:val="0"/>
        </w:rPr>
        <w:t>Jestem świadomy odpowiedzialności karnej za złożenie fałszywego oświadczenia.</w:t>
      </w:r>
    </w:p>
    <w:p>
      <w:pPr>
        <w:spacing w:after="120"/>
        <w:jc w:val="both"/>
      </w:pPr>
      <w:r>
        <w:rPr>
          <w:b w:val="0"/>
          <w:i/>
          <w:sz w:val="16"/>
        </w:rPr>
        <w:t>(Klauzulę powyżej zamieszcza się obowiązkowo wtedy, gdy oświadczenie w zakresie punktów 1-4 składane jest na piśmie z podpisem urzędowo poświadczonym. Zastępuje ona wówczas pouczenie organu. Jeżeli oświadczenie składasz ustnie przed sądem albo notariuszem, to sędzia albo notariusz uprzedza o odpowiedzialności karnej.)</w:t>
      </w:r>
    </w:p>
    <w:p>
      <w:pPr>
        <w:spacing w:after="120"/>
      </w:pPr>
      <w:r>
        <w:rPr>
          <w:b w:val="0"/>
          <w:i w:val="0"/>
        </w:rPr>
      </w:r>
    </w:p>
    <w:p>
      <w:pPr>
        <w:spacing w:after="120"/>
      </w:pPr>
      <w:r>
        <w:rPr>
          <w:b/>
          <w:i w:val="0"/>
        </w:rPr>
        <w:t>5. Znani mi spadkobiercy ustawowi</w:t>
      </w:r>
    </w:p>
    <w:p>
      <w:pPr>
        <w:spacing w:after="60"/>
      </w:pPr>
      <w:r>
        <w:rPr>
          <w:b w:val="0"/>
          <w:i w:val="0"/>
        </w:rPr>
        <w:t>1) imię i nazwisko ......................................, adres ......................................, stopień pokrewieństwa ..............................</w:t>
      </w:r>
    </w:p>
    <w:p>
      <w:pPr>
        <w:spacing w:after="60"/>
      </w:pPr>
      <w:r>
        <w:rPr>
          <w:b w:val="0"/>
          <w:i w:val="0"/>
        </w:rPr>
        <w:t>2) imię i nazwisko ......................................, adres ......................................, stopień pokrewieństwa ..............................</w:t>
      </w:r>
    </w:p>
    <w:p>
      <w:pPr>
        <w:spacing w:after="60"/>
      </w:pPr>
      <w:r>
        <w:rPr>
          <w:b w:val="0"/>
          <w:i w:val="0"/>
        </w:rPr>
        <w:t>3) imię i nazwisko ......................................, adres ......................................, stopień pokrewieństwa ..............................</w:t>
      </w:r>
    </w:p>
    <w:p>
      <w:pPr>
        <w:spacing w:after="60"/>
      </w:pPr>
      <w:r>
        <w:rPr>
          <w:b w:val="0"/>
          <w:i w:val="0"/>
        </w:rPr>
        <w:t>4) imię i nazwisko ......................................, adres ......................................, stopień pokrewieństwa ..............................</w:t>
      </w:r>
    </w:p>
    <w:p>
      <w:pPr>
        <w:spacing w:after="120"/>
      </w:pPr>
      <w:r>
        <w:rPr>
          <w:b w:val="0"/>
          <w:i/>
          <w:sz w:val="16"/>
        </w:rPr>
        <w:t>Jeżeli miejsca jest za mało, należy dołączyć osobną listę.</w:t>
      </w:r>
    </w:p>
    <w:p>
      <w:pPr>
        <w:spacing w:after="120"/>
      </w:pPr>
      <w:r>
        <w:rPr>
          <w:b w:val="0"/>
          <w:i w:val="0"/>
        </w:rPr>
      </w:r>
    </w:p>
    <w:p>
      <w:pPr>
        <w:spacing w:after="120"/>
      </w:pPr>
      <w:r>
        <w:rPr>
          <w:b/>
          <w:i w:val="0"/>
        </w:rPr>
        <w:t>6. Testamenty</w:t>
      </w:r>
    </w:p>
    <w:p>
      <w:pPr>
        <w:spacing w:after="120"/>
        <w:jc w:val="both"/>
      </w:pPr>
      <w:r>
        <w:rPr>
          <w:b w:val="0"/>
          <w:i w:val="0"/>
        </w:rPr>
        <w:t>Wedle mojej wiedzy spadkodawca nie pozostawił testamentu / pozostawił testament o treści .............................................., przechowywany w .............................................. (niepotrzebne skreślić).</w:t>
      </w:r>
    </w:p>
    <w:p>
      <w:pPr>
        <w:spacing w:after="120"/>
      </w:pPr>
      <w:r>
        <w:rPr>
          <w:b w:val="0"/>
          <w:i w:val="0"/>
        </w:rPr>
      </w:r>
    </w:p>
    <w:p>
      <w:pPr>
        <w:spacing w:after="120"/>
        <w:jc w:val="center"/>
      </w:pPr>
      <w:r>
        <w:rPr>
          <w:b w:val="0"/>
          <w:i w:val="0"/>
        </w:rPr>
        <w:t>.......................................................            .......................................................</w:t>
      </w:r>
    </w:p>
    <w:p>
      <w:pPr>
        <w:spacing w:after="240"/>
        <w:jc w:val="center"/>
      </w:pPr>
      <w:r>
        <w:rPr>
          <w:b w:val="0"/>
          <w:i/>
          <w:sz w:val="16"/>
        </w:rPr>
        <w:t>(podpis rodzica pierwszego)                                  (podpis rodzica drugiego, gdy działają wspólnie)</w:t>
      </w:r>
    </w:p>
    <w:p>
      <w:pPr>
        <w:spacing w:after="120"/>
      </w:pPr>
      <w:r>
        <w:rPr>
          <w:b/>
          <w:i w:val="0"/>
        </w:rPr>
        <w:t>Załączniki:</w:t>
      </w:r>
    </w:p>
    <w:p>
      <w:pPr>
        <w:spacing w:after="60"/>
      </w:pPr>
      <w:r>
        <w:rPr>
          <w:b w:val="0"/>
          <w:i w:val="0"/>
        </w:rPr>
        <w:t>1) odpis skrócony aktu zgonu spadkodawcy,</w:t>
      </w:r>
    </w:p>
    <w:p>
      <w:pPr>
        <w:spacing w:after="60"/>
      </w:pPr>
      <w:r>
        <w:rPr>
          <w:b w:val="0"/>
          <w:i w:val="0"/>
        </w:rPr>
        <w:t>2) odpis skrócony aktu urodzenia małoletniego,</w:t>
      </w:r>
    </w:p>
    <w:p>
      <w:pPr>
        <w:spacing w:after="60"/>
      </w:pPr>
      <w:r>
        <w:rPr>
          <w:b w:val="0"/>
          <w:i w:val="0"/>
        </w:rPr>
        <w:t>3) dokument potwierdzający wcześniejsze odrzucenie spadku przez rodzica,</w:t>
      </w:r>
    </w:p>
    <w:p>
      <w:pPr>
        <w:spacing w:after="60"/>
      </w:pPr>
      <w:r>
        <w:rPr>
          <w:b w:val="0"/>
          <w:i w:val="0"/>
        </w:rPr>
        <w:t>4) dowód uiszczenia opłaty sądowej w kwocie 100 zł,</w:t>
      </w:r>
    </w:p>
    <w:p>
      <w:pPr>
        <w:spacing w:after="60"/>
      </w:pPr>
      <w:r>
        <w:rPr>
          <w:b w:val="0"/>
          <w:i w:val="0"/>
        </w:rPr>
        <w:t>5) odpis pisma wraz z załącznikami.</w:t>
      </w:r>
    </w:p>
    <w:p>
      <w:pPr>
        <w:spacing w:after="120"/>
      </w:pPr>
      <w:r>
        <w:rPr>
          <w:b w:val="0"/>
          <w:i w:val="0"/>
        </w:rPr>
      </w:r>
    </w:p>
    <w:p>
      <w:pPr>
        <w:spacing w:after="120"/>
      </w:pPr>
      <w:r>
        <w:rPr>
          <w:b/>
          <w:i w:val="0"/>
          <w:sz w:val="20"/>
        </w:rPr>
        <w:t>NAJWAŻNIEJSZA INFORMACJA - PRZECZYTAJ PRZED WYSŁANIEM</w:t>
      </w:r>
    </w:p>
    <w:p>
      <w:pPr>
        <w:spacing w:after="120"/>
        <w:jc w:val="both"/>
      </w:pPr>
      <w:r>
        <w:rPr>
          <w:b/>
          <w:i w:val="0"/>
          <w:sz w:val="20"/>
        </w:rPr>
        <w:t>To jest WNIOSEK o odebranie oświadczenia, a nie samo oświadczenie o odrzuceniu spadku. Złożenie tego wniosku przed upływem sześciu miesięcy zachowuje termin, ale NIE zastępuje złożenia oświadczenia przed sądem. Na wezwanie sądu trzeba się stawić.</w:t>
      </w:r>
    </w:p>
    <w:p>
      <w:pPr>
        <w:spacing w:after="120"/>
        <w:jc w:val="both"/>
      </w:pPr>
      <w:r>
        <w:rPr>
          <w:b w:val="0"/>
          <w:i w:val="0"/>
          <w:sz w:val="20"/>
        </w:rPr>
        <w:t>Jeżeli zamiast tego chcesz złożyć samo oświadczenie na piśmie, wymaga ono podpisu urzędowo poświadczonego, a w treści musi znaleźć się klauzula o odpowiedzialności karnej w brzmieniu podanym wyżej. Zwykły podpis nie wystarczy.</w:t>
      </w:r>
    </w:p>
    <w:p>
      <w:pPr>
        <w:spacing w:after="120"/>
      </w:pPr>
      <w:r>
        <w:rPr>
          <w:b w:val="0"/>
          <w:i w:val="0"/>
        </w:rPr>
      </w:r>
    </w:p>
    <w:p>
      <w:pPr>
        <w:spacing w:after="120"/>
        <w:jc w:val="both"/>
      </w:pPr>
      <w:r>
        <w:rPr>
          <w:b w:val="0"/>
          <w:i w:val="0"/>
          <w:sz w:val="18"/>
        </w:rPr>
        <w:t>WAŻNE: w tej sytuacji nie musisz iść do sądu. Ten wzór zakłada wariant, w którym zezwolenie sądu NIE jest potrzebne, czyli gdy łącznie: dziecko zostało powołane do spadku wskutek uprzedniego odrzucenia spadku przez rodzica, oświadczenie składa rodzic mający władzę rodzicielską za zgodą drugiego rodzica albo oboje rodzice wspólnie, oraz spadek odrzucili także pozostali zstępni rodziców tego dziecka. W takim wariancie najprościej jest udać się wprost do notariusza, który sam sporządzi oświadczenie, i załatwić sprawę bez postępowania sądowego; cała rodzina może to zrobić przy jednej wizycie. Ten wzór jest dla osób, które mimo to wybierają drogę sądową.</w:t>
      </w:r>
    </w:p>
    <w:p>
      <w:pPr>
        <w:spacing w:after="120"/>
        <w:jc w:val="both"/>
      </w:pPr>
      <w:r>
        <w:rPr>
          <w:b w:val="0"/>
          <w:i w:val="0"/>
          <w:sz w:val="18"/>
        </w:rPr>
        <w:t>Jeżeli warunki wyjątku nie są spełnione, potrzebne jest zezwolenie sądu: gdy toczy się już postępowanie o stwierdzenie nabycia spadku, udziela go sąd spadku, a w pozostałych przypadkach sąd opiekuńczy. Na czas tego postępowania bieg terminu dla dziecka ulega zawieszeniu. Uwaga: samo postanowienie zezwalające nie odrzuca spadku - po jego uzyskaniu trzeba jeszcze złożyć oświadczenie za dziecko, przed notariuszem albo przed sądem.</w:t>
      </w:r>
    </w:p>
    <w:p>
      <w:pPr>
        <w:spacing w:after="120"/>
        <w:jc w:val="both"/>
      </w:pPr>
      <w:r>
        <w:rPr>
          <w:b w:val="0"/>
          <w:i w:val="0"/>
          <w:sz w:val="18"/>
        </w:rPr>
        <w:t>Podstawa prawna: art. 1015 i 1018 § 3 Kodeksu cywilnego, art. 101 § 3-4 Kodeksu rodzinnego i opiekuńczego oraz art. 640, 640(1) i 641 Kodeksu postępowania cywilnego. Jedno pismo może dotyczyć więcej niż jednego dziecka.</w:t>
      </w:r>
    </w:p>
    <w:p>
      <w:pPr>
        <w:spacing w:after="120"/>
        <w:jc w:val="both"/>
      </w:pPr>
      <w:r>
        <w:rPr>
          <w:b w:val="0"/>
          <w:i w:val="0"/>
          <w:sz w:val="18"/>
        </w:rPr>
        <w:t>To wzór redakcyjny przygotowany dla serwisu Weź Prawnika, a nie porada prawna.</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