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6A878F" w14:textId="77777777" w:rsidR="005E105E" w:rsidRPr="00986954" w:rsidRDefault="00000000">
      <w:pPr>
        <w:jc w:val="right"/>
        <w:rPr>
          <w:lang w:val="pl-PL"/>
        </w:rPr>
      </w:pPr>
      <w:r w:rsidRPr="00986954">
        <w:rPr>
          <w:lang w:val="pl-PL"/>
        </w:rPr>
        <w:t>........................................, dnia ....................... r.</w:t>
      </w:r>
    </w:p>
    <w:p w14:paraId="28DF2BFA" w14:textId="77777777" w:rsidR="005E105E" w:rsidRPr="00986954" w:rsidRDefault="005E105E">
      <w:pPr>
        <w:rPr>
          <w:lang w:val="pl-PL"/>
        </w:rPr>
      </w:pPr>
    </w:p>
    <w:p w14:paraId="14A6E40C" w14:textId="77777777" w:rsidR="005E105E" w:rsidRPr="00986954" w:rsidRDefault="00000000">
      <w:pPr>
        <w:spacing w:after="0"/>
        <w:rPr>
          <w:lang w:val="pl-PL"/>
        </w:rPr>
      </w:pPr>
      <w:r w:rsidRPr="00986954">
        <w:rPr>
          <w:lang w:val="pl-PL"/>
        </w:rPr>
        <w:t>.......................................................</w:t>
      </w:r>
    </w:p>
    <w:p w14:paraId="61876C1C" w14:textId="77777777" w:rsidR="005E105E" w:rsidRPr="00986954" w:rsidRDefault="00000000">
      <w:pPr>
        <w:rPr>
          <w:lang w:val="pl-PL"/>
        </w:rPr>
      </w:pPr>
      <w:r w:rsidRPr="00986954">
        <w:rPr>
          <w:sz w:val="16"/>
          <w:lang w:val="pl-PL"/>
        </w:rPr>
        <w:t>(imię i nazwisko wnioskodawcy)</w:t>
      </w:r>
    </w:p>
    <w:p w14:paraId="234B6084" w14:textId="77777777" w:rsidR="005E105E" w:rsidRPr="00986954" w:rsidRDefault="00000000">
      <w:pPr>
        <w:spacing w:after="0"/>
        <w:rPr>
          <w:lang w:val="pl-PL"/>
        </w:rPr>
      </w:pPr>
      <w:r w:rsidRPr="00986954">
        <w:rPr>
          <w:lang w:val="pl-PL"/>
        </w:rPr>
        <w:t>.......................................................</w:t>
      </w:r>
    </w:p>
    <w:p w14:paraId="1DC26279" w14:textId="77777777" w:rsidR="005E105E" w:rsidRPr="00986954" w:rsidRDefault="00000000">
      <w:pPr>
        <w:rPr>
          <w:lang w:val="pl-PL"/>
        </w:rPr>
      </w:pPr>
      <w:r w:rsidRPr="00986954">
        <w:rPr>
          <w:sz w:val="16"/>
          <w:lang w:val="pl-PL"/>
        </w:rPr>
        <w:t>(adres zamieszkania)</w:t>
      </w:r>
    </w:p>
    <w:p w14:paraId="4548907A" w14:textId="77777777" w:rsidR="005E105E" w:rsidRPr="00986954" w:rsidRDefault="00000000">
      <w:pPr>
        <w:rPr>
          <w:lang w:val="pl-PL"/>
        </w:rPr>
      </w:pPr>
      <w:r w:rsidRPr="00986954">
        <w:rPr>
          <w:lang w:val="pl-PL"/>
        </w:rPr>
        <w:t>PESEL: ........................................</w:t>
      </w:r>
    </w:p>
    <w:p w14:paraId="0BDB6DF8" w14:textId="77777777" w:rsidR="005E105E" w:rsidRPr="00986954" w:rsidRDefault="005E105E">
      <w:pPr>
        <w:rPr>
          <w:lang w:val="pl-PL"/>
        </w:rPr>
      </w:pPr>
    </w:p>
    <w:p w14:paraId="7C1667CE" w14:textId="77777777" w:rsidR="005E105E" w:rsidRPr="00986954" w:rsidRDefault="00000000">
      <w:pPr>
        <w:jc w:val="right"/>
        <w:rPr>
          <w:lang w:val="pl-PL"/>
        </w:rPr>
      </w:pPr>
      <w:r w:rsidRPr="00986954">
        <w:rPr>
          <w:lang w:val="pl-PL"/>
        </w:rPr>
        <w:t>Sąd Okręgowy w ...................................</w:t>
      </w:r>
    </w:p>
    <w:p w14:paraId="02994A31" w14:textId="77777777" w:rsidR="005E105E" w:rsidRPr="00986954" w:rsidRDefault="00000000">
      <w:pPr>
        <w:jc w:val="right"/>
        <w:rPr>
          <w:lang w:val="pl-PL"/>
        </w:rPr>
      </w:pPr>
      <w:r w:rsidRPr="00986954">
        <w:rPr>
          <w:lang w:val="pl-PL"/>
        </w:rPr>
        <w:t>Wydział ...... Cywilny</w:t>
      </w:r>
    </w:p>
    <w:p w14:paraId="4DBFF31F" w14:textId="77777777" w:rsidR="005E105E" w:rsidRPr="00986954" w:rsidRDefault="00000000">
      <w:pPr>
        <w:jc w:val="right"/>
        <w:rPr>
          <w:lang w:val="pl-PL"/>
        </w:rPr>
      </w:pPr>
      <w:r w:rsidRPr="00986954">
        <w:rPr>
          <w:lang w:val="pl-PL"/>
        </w:rPr>
        <w:t>ul. .............................................</w:t>
      </w:r>
    </w:p>
    <w:p w14:paraId="57DEC461" w14:textId="77777777" w:rsidR="005E105E" w:rsidRPr="00986954" w:rsidRDefault="005E105E">
      <w:pPr>
        <w:rPr>
          <w:lang w:val="pl-PL"/>
        </w:rPr>
      </w:pPr>
    </w:p>
    <w:p w14:paraId="18209F19" w14:textId="77777777" w:rsidR="005E105E" w:rsidRPr="00986954" w:rsidRDefault="00000000">
      <w:pPr>
        <w:spacing w:after="0"/>
        <w:rPr>
          <w:lang w:val="pl-PL"/>
        </w:rPr>
      </w:pPr>
      <w:r w:rsidRPr="00986954">
        <w:rPr>
          <w:lang w:val="pl-PL"/>
        </w:rPr>
        <w:t>Uczestnik postępowania:</w:t>
      </w:r>
    </w:p>
    <w:p w14:paraId="36843E1A" w14:textId="77777777" w:rsidR="005E105E" w:rsidRPr="00986954" w:rsidRDefault="00000000">
      <w:pPr>
        <w:spacing w:after="0"/>
        <w:rPr>
          <w:lang w:val="pl-PL"/>
        </w:rPr>
      </w:pPr>
      <w:r w:rsidRPr="00986954">
        <w:rPr>
          <w:lang w:val="pl-PL"/>
        </w:rPr>
        <w:t>.......................................................</w:t>
      </w:r>
    </w:p>
    <w:p w14:paraId="0A4F31E2" w14:textId="77777777" w:rsidR="005E105E" w:rsidRPr="00986954" w:rsidRDefault="00000000">
      <w:pPr>
        <w:rPr>
          <w:lang w:val="pl-PL"/>
        </w:rPr>
      </w:pPr>
      <w:r w:rsidRPr="00986954">
        <w:rPr>
          <w:sz w:val="16"/>
          <w:lang w:val="pl-PL"/>
        </w:rPr>
        <w:t>(imię i nazwisko osoby, której dotyczy wniosek)</w:t>
      </w:r>
    </w:p>
    <w:p w14:paraId="1B3954B0" w14:textId="77777777" w:rsidR="005E105E" w:rsidRPr="00986954" w:rsidRDefault="00000000">
      <w:pPr>
        <w:spacing w:after="0"/>
        <w:rPr>
          <w:lang w:val="pl-PL"/>
        </w:rPr>
      </w:pPr>
      <w:r w:rsidRPr="00986954">
        <w:rPr>
          <w:lang w:val="pl-PL"/>
        </w:rPr>
        <w:t>.......................................................</w:t>
      </w:r>
    </w:p>
    <w:p w14:paraId="0172B683" w14:textId="77777777" w:rsidR="005E105E" w:rsidRPr="00986954" w:rsidRDefault="00000000">
      <w:pPr>
        <w:rPr>
          <w:lang w:val="pl-PL"/>
        </w:rPr>
      </w:pPr>
      <w:r w:rsidRPr="00986954">
        <w:rPr>
          <w:sz w:val="16"/>
          <w:lang w:val="pl-PL"/>
        </w:rPr>
        <w:t>(adres zamieszkania, a w razie jego braku - miejsce pobytu)</w:t>
      </w:r>
    </w:p>
    <w:p w14:paraId="28D07983" w14:textId="77777777" w:rsidR="005E105E" w:rsidRPr="00986954" w:rsidRDefault="00000000">
      <w:pPr>
        <w:rPr>
          <w:lang w:val="pl-PL"/>
        </w:rPr>
      </w:pPr>
      <w:r w:rsidRPr="00986954">
        <w:rPr>
          <w:lang w:val="pl-PL"/>
        </w:rPr>
        <w:t>PESEL / data urodzenia: ..............................</w:t>
      </w:r>
    </w:p>
    <w:p w14:paraId="60D259BA" w14:textId="77777777" w:rsidR="005E105E" w:rsidRPr="00986954" w:rsidRDefault="005E105E">
      <w:pPr>
        <w:rPr>
          <w:lang w:val="pl-PL"/>
        </w:rPr>
      </w:pPr>
    </w:p>
    <w:p w14:paraId="00C91053" w14:textId="77777777" w:rsidR="005E105E" w:rsidRPr="00986954" w:rsidRDefault="00000000">
      <w:pPr>
        <w:spacing w:after="0"/>
        <w:rPr>
          <w:lang w:val="pl-PL"/>
        </w:rPr>
      </w:pPr>
      <w:r w:rsidRPr="00986954">
        <w:rPr>
          <w:lang w:val="pl-PL"/>
        </w:rPr>
        <w:t>Pozostali uczestnicy z mocy prawa (art. 546 § 1 KPC), jeżeli są:</w:t>
      </w:r>
    </w:p>
    <w:p w14:paraId="3C83F08E" w14:textId="77777777" w:rsidR="005E105E" w:rsidRPr="00986954" w:rsidRDefault="00000000">
      <w:pPr>
        <w:spacing w:after="0"/>
        <w:rPr>
          <w:lang w:val="pl-PL"/>
        </w:rPr>
      </w:pPr>
      <w:r w:rsidRPr="00986954">
        <w:rPr>
          <w:lang w:val="pl-PL"/>
        </w:rPr>
        <w:t>- małżonek uczestnika: ................................</w:t>
      </w:r>
    </w:p>
    <w:p w14:paraId="2CB05E77" w14:textId="77777777" w:rsidR="005E105E" w:rsidRPr="00986954" w:rsidRDefault="00000000">
      <w:pPr>
        <w:rPr>
          <w:lang w:val="pl-PL"/>
        </w:rPr>
      </w:pPr>
      <w:r w:rsidRPr="00986954">
        <w:rPr>
          <w:lang w:val="pl-PL"/>
        </w:rPr>
        <w:t>- przedstawiciel ustawowy uczestnika: ......................</w:t>
      </w:r>
    </w:p>
    <w:p w14:paraId="0524C93C" w14:textId="77777777" w:rsidR="005E105E" w:rsidRPr="00986954" w:rsidRDefault="005E105E">
      <w:pPr>
        <w:rPr>
          <w:lang w:val="pl-PL"/>
        </w:rPr>
      </w:pPr>
    </w:p>
    <w:p w14:paraId="6F48B9A4" w14:textId="77777777" w:rsidR="005E105E" w:rsidRPr="00986954" w:rsidRDefault="00000000">
      <w:pPr>
        <w:jc w:val="center"/>
        <w:rPr>
          <w:lang w:val="pl-PL"/>
        </w:rPr>
      </w:pPr>
      <w:r w:rsidRPr="00986954">
        <w:rPr>
          <w:b/>
          <w:lang w:val="pl-PL"/>
        </w:rPr>
        <w:t>WNIOSEK O UBEZWŁASNOWOLNIENIE</w:t>
      </w:r>
    </w:p>
    <w:p w14:paraId="5406C748" w14:textId="77777777" w:rsidR="005E105E" w:rsidRPr="00986954" w:rsidRDefault="005E105E">
      <w:pPr>
        <w:rPr>
          <w:lang w:val="pl-PL"/>
        </w:rPr>
      </w:pPr>
    </w:p>
    <w:p w14:paraId="2317F4FE" w14:textId="77777777" w:rsidR="005E105E" w:rsidRPr="00986954" w:rsidRDefault="00000000">
      <w:pPr>
        <w:jc w:val="both"/>
        <w:rPr>
          <w:lang w:val="pl-PL"/>
        </w:rPr>
      </w:pPr>
      <w:r w:rsidRPr="00986954">
        <w:rPr>
          <w:b/>
          <w:lang w:val="pl-PL"/>
        </w:rPr>
        <w:t>Wnoszę o ubezwłasnowolnienie uczestnika postępowania. W ocenie wnioskodawcy zgromadzone okoliczności przemawiają za ubezwłasnowolnieniem CAŁKOWITYM / CZĘŚCIOWYM (niepotrzebne skreślić). O rodzaju ubezwłasnowolnienia rozstrzyga sąd na podstawie wyników postępowania dowodowego.</w:t>
      </w:r>
    </w:p>
    <w:p w14:paraId="691E73F6" w14:textId="77777777" w:rsidR="005E105E" w:rsidRPr="00986954" w:rsidRDefault="00000000">
      <w:pPr>
        <w:jc w:val="both"/>
        <w:rPr>
          <w:lang w:val="pl-PL"/>
        </w:rPr>
      </w:pPr>
      <w:r w:rsidRPr="00986954">
        <w:rPr>
          <w:i/>
          <w:sz w:val="18"/>
          <w:lang w:val="pl-PL"/>
        </w:rPr>
        <w:t>Podstawa: uchwała składu siedmiu sędziów Sądu Najwyższego z 13 marca 2025 r., III CZP 41/24: „Sąd, rozpoznając wniosek o ubezwłasnowolnienie, nie jest związany zakresem tego wniosku co do rodzaju ubezwłasnowolnienia".</w:t>
      </w:r>
    </w:p>
    <w:p w14:paraId="50538D57" w14:textId="77777777" w:rsidR="005E105E" w:rsidRPr="00986954" w:rsidRDefault="005E105E">
      <w:pPr>
        <w:rPr>
          <w:lang w:val="pl-PL"/>
        </w:rPr>
      </w:pPr>
    </w:p>
    <w:p w14:paraId="30622ECE" w14:textId="77777777" w:rsidR="005E105E" w:rsidRPr="00986954" w:rsidRDefault="00000000">
      <w:pPr>
        <w:rPr>
          <w:lang w:val="pl-PL"/>
        </w:rPr>
      </w:pPr>
      <w:r w:rsidRPr="00986954">
        <w:rPr>
          <w:b/>
          <w:lang w:val="pl-PL"/>
        </w:rPr>
        <w:t>1. Uprawnienie wnioskodawcy do złożenia wniosku</w:t>
      </w:r>
    </w:p>
    <w:p w14:paraId="41AA5367" w14:textId="77777777" w:rsidR="005E105E" w:rsidRPr="00986954" w:rsidRDefault="00000000">
      <w:pPr>
        <w:rPr>
          <w:lang w:val="pl-PL"/>
        </w:rPr>
      </w:pPr>
      <w:r w:rsidRPr="00986954">
        <w:rPr>
          <w:lang w:val="pl-PL"/>
        </w:rPr>
        <w:t>Jestem wobec uczestnika (zaznaczyć właściwe):</w:t>
      </w:r>
    </w:p>
    <w:p w14:paraId="3E4E6398" w14:textId="77777777" w:rsidR="005E105E" w:rsidRDefault="00000000">
      <w:pPr>
        <w:pStyle w:val="ListBullet"/>
        <w:spacing w:after="40"/>
      </w:pPr>
      <w:r>
        <w:t>a) małżonkiem,</w:t>
      </w:r>
    </w:p>
    <w:p w14:paraId="604F9B81" w14:textId="77777777" w:rsidR="005E105E" w:rsidRPr="00986954" w:rsidRDefault="00000000">
      <w:pPr>
        <w:pStyle w:val="ListBullet"/>
        <w:spacing w:after="40"/>
        <w:rPr>
          <w:lang w:val="pl-PL"/>
        </w:rPr>
      </w:pPr>
      <w:r w:rsidRPr="00986954">
        <w:rPr>
          <w:lang w:val="pl-PL"/>
        </w:rPr>
        <w:t>b) krewnym w linii prostej (rodzic, dziadek, dziecko, wnuk) - stopień: ..................,</w:t>
      </w:r>
    </w:p>
    <w:p w14:paraId="690D832B" w14:textId="77777777" w:rsidR="005E105E" w:rsidRDefault="00000000">
      <w:pPr>
        <w:pStyle w:val="ListBullet"/>
        <w:spacing w:after="40"/>
      </w:pPr>
      <w:r>
        <w:lastRenderedPageBreak/>
        <w:t>c) rodzeństwem,</w:t>
      </w:r>
    </w:p>
    <w:p w14:paraId="466E0A9F" w14:textId="77777777" w:rsidR="005E105E" w:rsidRPr="00986954" w:rsidRDefault="00000000">
      <w:pPr>
        <w:pStyle w:val="ListBullet"/>
        <w:spacing w:after="40"/>
        <w:rPr>
          <w:lang w:val="pl-PL"/>
        </w:rPr>
      </w:pPr>
      <w:r w:rsidRPr="00986954">
        <w:rPr>
          <w:lang w:val="pl-PL"/>
        </w:rPr>
        <w:t>d) przedstawicielem ustawowym - na podstawie .....................</w:t>
      </w:r>
    </w:p>
    <w:p w14:paraId="069A5539" w14:textId="77777777" w:rsidR="005E105E" w:rsidRPr="00986954" w:rsidRDefault="00000000">
      <w:pPr>
        <w:jc w:val="both"/>
        <w:rPr>
          <w:lang w:val="pl-PL"/>
        </w:rPr>
      </w:pPr>
      <w:r w:rsidRPr="00986954">
        <w:rPr>
          <w:b/>
          <w:lang w:val="pl-PL"/>
        </w:rPr>
        <w:t>Oświadczam, że według mojej wiedzy uczestnik NIE MA / MA przedstawiciela ustawowego (niepotrzebne skreślić).</w:t>
      </w:r>
    </w:p>
    <w:p w14:paraId="69C42EEA" w14:textId="77777777" w:rsidR="005E105E" w:rsidRPr="00986954" w:rsidRDefault="00000000">
      <w:pPr>
        <w:jc w:val="both"/>
        <w:rPr>
          <w:lang w:val="pl-PL"/>
        </w:rPr>
      </w:pPr>
      <w:r w:rsidRPr="00986954">
        <w:rPr>
          <w:i/>
          <w:sz w:val="18"/>
          <w:lang w:val="pl-PL"/>
        </w:rPr>
        <w:t>UWAGA: krewni w linii prostej i rodzeństwo NIE MOGĄ zgłosić wniosku, jeżeli uczestnik ma przedstawiciela ustawowego (art. 545 § 2 KPC). Jeżeli dla uczestnika ustanowiono już opiekuna albo kuratora, wniosek powinien złożyć on, a nie krewny. Złożenie wniosku mimo tej przeszkody prowadzi do jego odrzucenia. Sprawdź tę okoliczność przed wysłaniem pisma.</w:t>
      </w:r>
    </w:p>
    <w:p w14:paraId="2648C497" w14:textId="77777777" w:rsidR="005E105E" w:rsidRPr="00986954" w:rsidRDefault="005E105E">
      <w:pPr>
        <w:rPr>
          <w:lang w:val="pl-PL"/>
        </w:rPr>
      </w:pPr>
    </w:p>
    <w:p w14:paraId="50AA98D1" w14:textId="77777777" w:rsidR="005E105E" w:rsidRPr="00986954" w:rsidRDefault="00000000">
      <w:pPr>
        <w:rPr>
          <w:lang w:val="pl-PL"/>
        </w:rPr>
      </w:pPr>
      <w:r w:rsidRPr="00986954">
        <w:rPr>
          <w:b/>
          <w:lang w:val="pl-PL"/>
        </w:rPr>
        <w:t>2. Podstawa faktyczna wniosku</w:t>
      </w:r>
    </w:p>
    <w:p w14:paraId="3BB55A1A" w14:textId="77777777" w:rsidR="005E105E" w:rsidRPr="00986954" w:rsidRDefault="00000000">
      <w:pPr>
        <w:jc w:val="both"/>
        <w:rPr>
          <w:lang w:val="pl-PL"/>
        </w:rPr>
      </w:pPr>
      <w:r w:rsidRPr="00986954">
        <w:rPr>
          <w:lang w:val="pl-PL"/>
        </w:rPr>
        <w:t>Uczestnik z powodu ........................................ (wskazać: chorobę psychiczną, niedorozwój umysłowy albo inny rodzaj zaburzeń psychicznych, w tym uzależnienie od alkoholu lub narkotyków):</w:t>
      </w:r>
    </w:p>
    <w:p w14:paraId="374E588F" w14:textId="77777777" w:rsidR="005E105E" w:rsidRPr="00986954" w:rsidRDefault="00000000">
      <w:pPr>
        <w:spacing w:after="40"/>
        <w:jc w:val="both"/>
        <w:rPr>
          <w:lang w:val="pl-PL"/>
        </w:rPr>
      </w:pPr>
      <w:r w:rsidRPr="00986954">
        <w:rPr>
          <w:lang w:val="pl-PL"/>
        </w:rPr>
        <w:t>- nie jest w stanie kierować swym postępowaniem (przesłanka ubezwłasnowolnienia całkowitego, art. 13 § 1 KC), albo</w:t>
      </w:r>
    </w:p>
    <w:p w14:paraId="53A839DE" w14:textId="77777777" w:rsidR="005E105E" w:rsidRPr="00986954" w:rsidRDefault="00000000">
      <w:pPr>
        <w:jc w:val="both"/>
        <w:rPr>
          <w:lang w:val="pl-PL"/>
        </w:rPr>
      </w:pPr>
      <w:r w:rsidRPr="00986954">
        <w:rPr>
          <w:lang w:val="pl-PL"/>
        </w:rPr>
        <w:t>- potrzebuje pomocy do prowadzenia swoich spraw (przesłanka ubezwłasnowolnienia częściowego, art. 16 § 1 KC).</w:t>
      </w:r>
    </w:p>
    <w:p w14:paraId="77C0E445" w14:textId="77777777" w:rsidR="005E105E" w:rsidRPr="00986954" w:rsidRDefault="005E105E">
      <w:pPr>
        <w:rPr>
          <w:lang w:val="pl-PL"/>
        </w:rPr>
      </w:pPr>
    </w:p>
    <w:p w14:paraId="3E02171D" w14:textId="77777777" w:rsidR="005E105E" w:rsidRPr="00986954" w:rsidRDefault="00000000">
      <w:pPr>
        <w:rPr>
          <w:lang w:val="pl-PL"/>
        </w:rPr>
      </w:pPr>
      <w:r w:rsidRPr="00986954">
        <w:rPr>
          <w:b/>
          <w:lang w:val="pl-PL"/>
        </w:rPr>
        <w:t>3. Uzasadnienie</w:t>
      </w:r>
    </w:p>
    <w:p w14:paraId="713D8A86" w14:textId="77777777" w:rsidR="005E105E" w:rsidRPr="00986954" w:rsidRDefault="00000000">
      <w:pPr>
        <w:jc w:val="both"/>
        <w:rPr>
          <w:lang w:val="pl-PL"/>
        </w:rPr>
      </w:pPr>
      <w:r w:rsidRPr="00986954">
        <w:rPr>
          <w:i/>
          <w:sz w:val="18"/>
          <w:lang w:val="pl-PL"/>
        </w:rPr>
        <w:t>Poniżej opisuję konkretne sytuacje z podaniem dat. Sąd bada zdolność uczestnika do samodzielnego kierowania swoim postępowaniem i prowadzenia spraw, a nie samą nazwę rozpoznania, dlatego opis zachowań jest ważniejszy od diagnozy (art. 554(1) KPC).</w:t>
      </w:r>
    </w:p>
    <w:p w14:paraId="60F83276" w14:textId="77777777" w:rsidR="005E105E" w:rsidRPr="00986954" w:rsidRDefault="00000000">
      <w:pPr>
        <w:spacing w:after="40"/>
        <w:rPr>
          <w:lang w:val="pl-PL"/>
        </w:rPr>
      </w:pPr>
      <w:r w:rsidRPr="00986954">
        <w:rPr>
          <w:b/>
          <w:lang w:val="pl-PL"/>
        </w:rPr>
        <w:t>a) Stan zdrowia i przebieg leczenia:</w:t>
      </w:r>
    </w:p>
    <w:p w14:paraId="2CB4B568" w14:textId="77777777" w:rsidR="005E105E" w:rsidRPr="00986954" w:rsidRDefault="00000000">
      <w:pPr>
        <w:spacing w:after="40"/>
        <w:rPr>
          <w:lang w:val="pl-PL"/>
        </w:rPr>
      </w:pPr>
      <w:r w:rsidRPr="00986954">
        <w:rPr>
          <w:lang w:val="pl-PL"/>
        </w:rPr>
        <w:t>...............................................................................................</w:t>
      </w:r>
    </w:p>
    <w:p w14:paraId="2BA016C6" w14:textId="77777777" w:rsidR="005E105E" w:rsidRPr="00986954" w:rsidRDefault="00000000">
      <w:pPr>
        <w:spacing w:after="40"/>
        <w:rPr>
          <w:lang w:val="pl-PL"/>
        </w:rPr>
      </w:pPr>
      <w:r w:rsidRPr="00986954">
        <w:rPr>
          <w:lang w:val="pl-PL"/>
        </w:rPr>
        <w:t>...............................................................................................</w:t>
      </w:r>
    </w:p>
    <w:p w14:paraId="3796620D" w14:textId="77777777" w:rsidR="005E105E" w:rsidRPr="00986954" w:rsidRDefault="00000000">
      <w:pPr>
        <w:spacing w:after="40"/>
        <w:rPr>
          <w:lang w:val="pl-PL"/>
        </w:rPr>
      </w:pPr>
      <w:r w:rsidRPr="00986954">
        <w:rPr>
          <w:lang w:val="pl-PL"/>
        </w:rPr>
        <w:t>...............................................................................................</w:t>
      </w:r>
    </w:p>
    <w:p w14:paraId="1F3C6870" w14:textId="77777777" w:rsidR="005E105E" w:rsidRPr="00986954" w:rsidRDefault="00000000">
      <w:pPr>
        <w:spacing w:after="40"/>
        <w:rPr>
          <w:lang w:val="pl-PL"/>
        </w:rPr>
      </w:pPr>
      <w:r w:rsidRPr="00986954">
        <w:rPr>
          <w:b/>
          <w:lang w:val="pl-PL"/>
        </w:rPr>
        <w:t>b) Sytuacja osobista uczestnika (z kim mieszka, kto sprawuje faktyczną opiekę, jak zaspokajane są jego potrzeby życiowe):</w:t>
      </w:r>
    </w:p>
    <w:p w14:paraId="6B7F50C0" w14:textId="77777777" w:rsidR="005E105E" w:rsidRPr="00986954" w:rsidRDefault="00000000">
      <w:pPr>
        <w:spacing w:after="40"/>
        <w:rPr>
          <w:lang w:val="pl-PL"/>
        </w:rPr>
      </w:pPr>
      <w:r w:rsidRPr="00986954">
        <w:rPr>
          <w:lang w:val="pl-PL"/>
        </w:rPr>
        <w:t>...............................................................................................</w:t>
      </w:r>
    </w:p>
    <w:p w14:paraId="0E49BB35" w14:textId="77777777" w:rsidR="005E105E" w:rsidRPr="00986954" w:rsidRDefault="00000000">
      <w:pPr>
        <w:spacing w:after="40"/>
        <w:rPr>
          <w:lang w:val="pl-PL"/>
        </w:rPr>
      </w:pPr>
      <w:r w:rsidRPr="00986954">
        <w:rPr>
          <w:lang w:val="pl-PL"/>
        </w:rPr>
        <w:t>...............................................................................................</w:t>
      </w:r>
    </w:p>
    <w:p w14:paraId="3D9F917B" w14:textId="77777777" w:rsidR="005E105E" w:rsidRPr="00986954" w:rsidRDefault="00000000">
      <w:pPr>
        <w:spacing w:after="40"/>
        <w:rPr>
          <w:lang w:val="pl-PL"/>
        </w:rPr>
      </w:pPr>
      <w:r w:rsidRPr="00986954">
        <w:rPr>
          <w:lang w:val="pl-PL"/>
        </w:rPr>
        <w:t>...............................................................................................</w:t>
      </w:r>
    </w:p>
    <w:p w14:paraId="2D9D027D" w14:textId="77777777" w:rsidR="005E105E" w:rsidRPr="00986954" w:rsidRDefault="00000000">
      <w:pPr>
        <w:spacing w:after="40"/>
        <w:rPr>
          <w:lang w:val="pl-PL"/>
        </w:rPr>
      </w:pPr>
      <w:r w:rsidRPr="00986954">
        <w:rPr>
          <w:b/>
          <w:lang w:val="pl-PL"/>
        </w:rPr>
        <w:t>c) Sytuacja zawodowa i majątkowa uczestnika (dochody, świadczenia, nieruchomości, rachunki bankowe, zobowiązania):</w:t>
      </w:r>
    </w:p>
    <w:p w14:paraId="7B7530FA" w14:textId="77777777" w:rsidR="005E105E" w:rsidRPr="00986954" w:rsidRDefault="00000000">
      <w:pPr>
        <w:spacing w:after="40"/>
        <w:rPr>
          <w:lang w:val="pl-PL"/>
        </w:rPr>
      </w:pPr>
      <w:r w:rsidRPr="00986954">
        <w:rPr>
          <w:lang w:val="pl-PL"/>
        </w:rPr>
        <w:t>...............................................................................................</w:t>
      </w:r>
    </w:p>
    <w:p w14:paraId="59E4D02B" w14:textId="77777777" w:rsidR="005E105E" w:rsidRPr="00986954" w:rsidRDefault="00000000">
      <w:pPr>
        <w:spacing w:after="40"/>
        <w:rPr>
          <w:lang w:val="pl-PL"/>
        </w:rPr>
      </w:pPr>
      <w:r w:rsidRPr="00986954">
        <w:rPr>
          <w:lang w:val="pl-PL"/>
        </w:rPr>
        <w:t>...............................................................................................</w:t>
      </w:r>
    </w:p>
    <w:p w14:paraId="3A12EA4C" w14:textId="77777777" w:rsidR="005E105E" w:rsidRPr="00986954" w:rsidRDefault="00000000">
      <w:pPr>
        <w:spacing w:after="40"/>
        <w:rPr>
          <w:lang w:val="pl-PL"/>
        </w:rPr>
      </w:pPr>
      <w:r w:rsidRPr="00986954">
        <w:rPr>
          <w:lang w:val="pl-PL"/>
        </w:rPr>
        <w:t>...............................................................................................</w:t>
      </w:r>
    </w:p>
    <w:p w14:paraId="02B335F0" w14:textId="77777777" w:rsidR="005E105E" w:rsidRPr="00986954" w:rsidRDefault="00000000">
      <w:pPr>
        <w:spacing w:after="40"/>
        <w:rPr>
          <w:lang w:val="pl-PL"/>
        </w:rPr>
      </w:pPr>
      <w:r w:rsidRPr="00986954">
        <w:rPr>
          <w:b/>
          <w:lang w:val="pl-PL"/>
        </w:rPr>
        <w:t>d) Rodzaj spraw, które wymagają prowadzenia, i dlaczego uczestnik nie jest w stanie prowadzić ich sam (np. konkretne umowy, decyzje, wnioski do ZUS, sprawy urzędowe):</w:t>
      </w:r>
    </w:p>
    <w:p w14:paraId="3028E0E0" w14:textId="77777777" w:rsidR="005E105E" w:rsidRPr="00986954" w:rsidRDefault="00000000">
      <w:pPr>
        <w:spacing w:after="40"/>
        <w:rPr>
          <w:lang w:val="pl-PL"/>
        </w:rPr>
      </w:pPr>
      <w:r w:rsidRPr="00986954">
        <w:rPr>
          <w:lang w:val="pl-PL"/>
        </w:rPr>
        <w:t>...............................................................................................</w:t>
      </w:r>
    </w:p>
    <w:p w14:paraId="2B47BD0E" w14:textId="77777777" w:rsidR="005E105E" w:rsidRPr="00986954" w:rsidRDefault="00000000">
      <w:pPr>
        <w:spacing w:after="40"/>
        <w:rPr>
          <w:lang w:val="pl-PL"/>
        </w:rPr>
      </w:pPr>
      <w:r w:rsidRPr="00986954">
        <w:rPr>
          <w:lang w:val="pl-PL"/>
        </w:rPr>
        <w:t>...............................................................................................</w:t>
      </w:r>
    </w:p>
    <w:p w14:paraId="7A2C9E18" w14:textId="77777777" w:rsidR="005E105E" w:rsidRPr="00986954" w:rsidRDefault="00000000">
      <w:pPr>
        <w:spacing w:after="40"/>
        <w:rPr>
          <w:lang w:val="pl-PL"/>
        </w:rPr>
      </w:pPr>
      <w:r w:rsidRPr="00986954">
        <w:rPr>
          <w:lang w:val="pl-PL"/>
        </w:rPr>
        <w:t>...............................................................................................</w:t>
      </w:r>
    </w:p>
    <w:p w14:paraId="1CBA0106" w14:textId="77777777" w:rsidR="005E105E" w:rsidRPr="00986954" w:rsidRDefault="00000000">
      <w:pPr>
        <w:spacing w:after="40"/>
        <w:rPr>
          <w:lang w:val="pl-PL"/>
        </w:rPr>
      </w:pPr>
      <w:r w:rsidRPr="00986954">
        <w:rPr>
          <w:lang w:val="pl-PL"/>
        </w:rPr>
        <w:lastRenderedPageBreak/>
        <w:t>...............................................................................................</w:t>
      </w:r>
    </w:p>
    <w:p w14:paraId="26C5F1DD" w14:textId="77777777" w:rsidR="005E105E" w:rsidRPr="00986954" w:rsidRDefault="00000000">
      <w:pPr>
        <w:spacing w:after="40"/>
        <w:rPr>
          <w:lang w:val="pl-PL"/>
        </w:rPr>
      </w:pPr>
      <w:r w:rsidRPr="00986954">
        <w:rPr>
          <w:b/>
          <w:lang w:val="pl-PL"/>
        </w:rPr>
        <w:t>e) Konkretne zdarzenia świadczące o braku zdolności kierowania swoim postępowaniem (z datami):</w:t>
      </w:r>
    </w:p>
    <w:p w14:paraId="12DC64FC" w14:textId="77777777" w:rsidR="005E105E" w:rsidRPr="00986954" w:rsidRDefault="00000000">
      <w:pPr>
        <w:spacing w:after="40"/>
        <w:rPr>
          <w:lang w:val="pl-PL"/>
        </w:rPr>
      </w:pPr>
      <w:r w:rsidRPr="00986954">
        <w:rPr>
          <w:lang w:val="pl-PL"/>
        </w:rPr>
        <w:t>...............................................................................................</w:t>
      </w:r>
    </w:p>
    <w:p w14:paraId="2C1AC5C7" w14:textId="77777777" w:rsidR="005E105E" w:rsidRPr="00986954" w:rsidRDefault="00000000">
      <w:pPr>
        <w:spacing w:after="40"/>
        <w:rPr>
          <w:lang w:val="pl-PL"/>
        </w:rPr>
      </w:pPr>
      <w:r w:rsidRPr="00986954">
        <w:rPr>
          <w:lang w:val="pl-PL"/>
        </w:rPr>
        <w:t>...............................................................................................</w:t>
      </w:r>
    </w:p>
    <w:p w14:paraId="1A223FE8" w14:textId="77777777" w:rsidR="005E105E" w:rsidRPr="00986954" w:rsidRDefault="00000000">
      <w:pPr>
        <w:spacing w:after="40"/>
        <w:rPr>
          <w:lang w:val="pl-PL"/>
        </w:rPr>
      </w:pPr>
      <w:r w:rsidRPr="00986954">
        <w:rPr>
          <w:lang w:val="pl-PL"/>
        </w:rPr>
        <w:t>...............................................................................................</w:t>
      </w:r>
    </w:p>
    <w:p w14:paraId="2EFA6E3D" w14:textId="77777777" w:rsidR="005E105E" w:rsidRPr="00986954" w:rsidRDefault="00000000">
      <w:pPr>
        <w:spacing w:after="40"/>
        <w:rPr>
          <w:lang w:val="pl-PL"/>
        </w:rPr>
      </w:pPr>
      <w:r w:rsidRPr="00986954">
        <w:rPr>
          <w:lang w:val="pl-PL"/>
        </w:rPr>
        <w:t>...............................................................................................</w:t>
      </w:r>
    </w:p>
    <w:p w14:paraId="5863F486" w14:textId="77777777" w:rsidR="005E105E" w:rsidRPr="00986954" w:rsidRDefault="005E105E">
      <w:pPr>
        <w:rPr>
          <w:lang w:val="pl-PL"/>
        </w:rPr>
      </w:pPr>
    </w:p>
    <w:p w14:paraId="0DA894C5" w14:textId="77777777" w:rsidR="005E105E" w:rsidRPr="00986954" w:rsidRDefault="00000000">
      <w:pPr>
        <w:rPr>
          <w:lang w:val="pl-PL"/>
        </w:rPr>
      </w:pPr>
      <w:r w:rsidRPr="00986954">
        <w:rPr>
          <w:b/>
          <w:lang w:val="pl-PL"/>
        </w:rPr>
        <w:t>4. Dlaczego ubezwłasnowolnienie służy dobru uczestnika i dlaczego środki mniej ingerujące nie są wystarczające</w:t>
      </w:r>
    </w:p>
    <w:p w14:paraId="1760061C" w14:textId="77777777" w:rsidR="005E105E" w:rsidRPr="00986954" w:rsidRDefault="00000000">
      <w:pPr>
        <w:jc w:val="both"/>
        <w:rPr>
          <w:lang w:val="pl-PL"/>
        </w:rPr>
      </w:pPr>
      <w:r w:rsidRPr="00986954">
        <w:rPr>
          <w:i/>
          <w:sz w:val="18"/>
          <w:lang w:val="pl-PL"/>
        </w:rPr>
        <w:t>To jest odrębna i konieczna część wniosku. Ubezwłasnowolnienie ma służyć dobru osoby, której dotyczy, a nie interesowi rodziny ani wnioskodawcy. Sąd ocenia także, czy celu nie da się osiągnąć łagodniejszymi środkami.</w:t>
      </w:r>
    </w:p>
    <w:p w14:paraId="59D73105" w14:textId="77777777" w:rsidR="005E105E" w:rsidRPr="00986954" w:rsidRDefault="00000000">
      <w:pPr>
        <w:spacing w:after="40"/>
        <w:rPr>
          <w:lang w:val="pl-PL"/>
        </w:rPr>
      </w:pPr>
      <w:r w:rsidRPr="00986954">
        <w:rPr>
          <w:b/>
          <w:lang w:val="pl-PL"/>
        </w:rPr>
        <w:t>a) Jakiemu konkretnemu zagrożeniu dla uczestnika lub jego mienia ma zapobiec ubezwłasnowolnienie:</w:t>
      </w:r>
    </w:p>
    <w:p w14:paraId="2F806648" w14:textId="77777777" w:rsidR="005E105E" w:rsidRPr="00A60894" w:rsidRDefault="00000000">
      <w:pPr>
        <w:spacing w:after="40"/>
        <w:rPr>
          <w:lang w:val="pl-PL"/>
        </w:rPr>
      </w:pPr>
      <w:r w:rsidRPr="00A60894">
        <w:rPr>
          <w:lang w:val="pl-PL"/>
        </w:rPr>
        <w:t>...............................................................................................</w:t>
      </w:r>
    </w:p>
    <w:p w14:paraId="6BE0AD59" w14:textId="77777777" w:rsidR="005E105E" w:rsidRPr="00A60894" w:rsidRDefault="00000000">
      <w:pPr>
        <w:spacing w:after="40"/>
        <w:rPr>
          <w:lang w:val="pl-PL"/>
        </w:rPr>
      </w:pPr>
      <w:r w:rsidRPr="00A60894">
        <w:rPr>
          <w:lang w:val="pl-PL"/>
        </w:rPr>
        <w:t>...............................................................................................</w:t>
      </w:r>
    </w:p>
    <w:p w14:paraId="25671D54" w14:textId="77777777" w:rsidR="005E105E" w:rsidRPr="00A60894" w:rsidRDefault="00000000">
      <w:pPr>
        <w:spacing w:after="40"/>
        <w:rPr>
          <w:lang w:val="pl-PL"/>
        </w:rPr>
      </w:pPr>
      <w:r w:rsidRPr="00A60894">
        <w:rPr>
          <w:lang w:val="pl-PL"/>
        </w:rPr>
        <w:t>...............................................................................................</w:t>
      </w:r>
    </w:p>
    <w:p w14:paraId="7FDCEBDD" w14:textId="77777777" w:rsidR="005E105E" w:rsidRPr="00A60894" w:rsidRDefault="00000000">
      <w:pPr>
        <w:spacing w:after="40"/>
        <w:rPr>
          <w:lang w:val="pl-PL"/>
        </w:rPr>
      </w:pPr>
      <w:r w:rsidRPr="00A60894">
        <w:rPr>
          <w:b/>
          <w:lang w:val="pl-PL"/>
        </w:rPr>
        <w:t>b) Dlaczego pełnomocnictwo nie jest wystarczające (np. uczestnik nie jest w stanie świadomie go udzielić; próby jego uzyskania i ich wynik):</w:t>
      </w:r>
    </w:p>
    <w:p w14:paraId="59518102" w14:textId="77777777" w:rsidR="005E105E" w:rsidRPr="00A60894" w:rsidRDefault="00000000">
      <w:pPr>
        <w:spacing w:after="40"/>
        <w:rPr>
          <w:lang w:val="pl-PL"/>
        </w:rPr>
      </w:pPr>
      <w:r w:rsidRPr="00A60894">
        <w:rPr>
          <w:lang w:val="pl-PL"/>
        </w:rPr>
        <w:t>...............................................................................................</w:t>
      </w:r>
    </w:p>
    <w:p w14:paraId="26CF1001" w14:textId="77777777" w:rsidR="005E105E" w:rsidRPr="00A60894" w:rsidRDefault="00000000">
      <w:pPr>
        <w:spacing w:after="40"/>
        <w:rPr>
          <w:lang w:val="pl-PL"/>
        </w:rPr>
      </w:pPr>
      <w:r w:rsidRPr="00A60894">
        <w:rPr>
          <w:lang w:val="pl-PL"/>
        </w:rPr>
        <w:t>...............................................................................................</w:t>
      </w:r>
    </w:p>
    <w:p w14:paraId="70A5CDE0" w14:textId="77777777" w:rsidR="005E105E" w:rsidRPr="00A60894" w:rsidRDefault="00000000">
      <w:pPr>
        <w:spacing w:after="40"/>
        <w:rPr>
          <w:lang w:val="pl-PL"/>
        </w:rPr>
      </w:pPr>
      <w:r w:rsidRPr="00A60894">
        <w:rPr>
          <w:b/>
          <w:lang w:val="pl-PL"/>
        </w:rPr>
        <w:t>c) Dlaczego nie jest wystarczająca kuratela dla osoby niepełnosprawnej (art. 183 KRO) ani inne formy pomocy:</w:t>
      </w:r>
    </w:p>
    <w:p w14:paraId="23D81093" w14:textId="77777777" w:rsidR="005E105E" w:rsidRPr="00A60894" w:rsidRDefault="00000000">
      <w:pPr>
        <w:spacing w:after="40"/>
        <w:rPr>
          <w:lang w:val="pl-PL"/>
        </w:rPr>
      </w:pPr>
      <w:r w:rsidRPr="00A60894">
        <w:rPr>
          <w:lang w:val="pl-PL"/>
        </w:rPr>
        <w:t>...............................................................................................</w:t>
      </w:r>
    </w:p>
    <w:p w14:paraId="3300972B" w14:textId="77777777" w:rsidR="005E105E" w:rsidRPr="00A60894" w:rsidRDefault="00000000">
      <w:pPr>
        <w:spacing w:after="40"/>
        <w:rPr>
          <w:lang w:val="pl-PL"/>
        </w:rPr>
      </w:pPr>
      <w:r w:rsidRPr="00A60894">
        <w:rPr>
          <w:lang w:val="pl-PL"/>
        </w:rPr>
        <w:t>...............................................................................................</w:t>
      </w:r>
    </w:p>
    <w:p w14:paraId="38B41634" w14:textId="77777777" w:rsidR="005E105E" w:rsidRPr="00A60894" w:rsidRDefault="005E105E">
      <w:pPr>
        <w:rPr>
          <w:lang w:val="pl-PL"/>
        </w:rPr>
      </w:pPr>
    </w:p>
    <w:p w14:paraId="6FC48A9A" w14:textId="77777777" w:rsidR="005E105E" w:rsidRPr="00A60894" w:rsidRDefault="00000000">
      <w:pPr>
        <w:rPr>
          <w:lang w:val="pl-PL"/>
        </w:rPr>
      </w:pPr>
      <w:r w:rsidRPr="00A60894">
        <w:rPr>
          <w:b/>
          <w:lang w:val="pl-PL"/>
        </w:rPr>
        <w:t>5. Wnioski dowodowe</w:t>
      </w:r>
    </w:p>
    <w:p w14:paraId="62061B3F" w14:textId="77777777" w:rsidR="005E105E" w:rsidRPr="00A60894" w:rsidRDefault="00000000">
      <w:pPr>
        <w:spacing w:after="40"/>
        <w:rPr>
          <w:lang w:val="pl-PL"/>
        </w:rPr>
      </w:pPr>
      <w:r w:rsidRPr="00A60894">
        <w:rPr>
          <w:b/>
          <w:lang w:val="pl-PL"/>
        </w:rPr>
        <w:t>a) O dopuszczenie dowodu z zeznań świadków:</w:t>
      </w:r>
    </w:p>
    <w:p w14:paraId="1F502FE8" w14:textId="77777777" w:rsidR="005E105E" w:rsidRPr="00A60894" w:rsidRDefault="00000000">
      <w:pPr>
        <w:spacing w:after="40"/>
        <w:rPr>
          <w:lang w:val="pl-PL"/>
        </w:rPr>
      </w:pPr>
      <w:r w:rsidRPr="00A60894">
        <w:rPr>
          <w:lang w:val="pl-PL"/>
        </w:rPr>
        <w:t>1) ............................, adres: ............................,</w:t>
      </w:r>
    </w:p>
    <w:p w14:paraId="624A9FF6" w14:textId="77777777" w:rsidR="005E105E" w:rsidRPr="00A60894" w:rsidRDefault="00000000">
      <w:pPr>
        <w:spacing w:after="80"/>
        <w:rPr>
          <w:lang w:val="pl-PL"/>
        </w:rPr>
      </w:pPr>
      <w:r w:rsidRPr="00A60894">
        <w:rPr>
          <w:lang w:val="pl-PL"/>
        </w:rPr>
        <w:t xml:space="preserve">    na okoliczność: ............................................................</w:t>
      </w:r>
    </w:p>
    <w:p w14:paraId="63E7818C" w14:textId="77777777" w:rsidR="005E105E" w:rsidRPr="00A60894" w:rsidRDefault="00000000">
      <w:pPr>
        <w:spacing w:after="40"/>
        <w:rPr>
          <w:lang w:val="pl-PL"/>
        </w:rPr>
      </w:pPr>
      <w:r w:rsidRPr="00A60894">
        <w:rPr>
          <w:lang w:val="pl-PL"/>
        </w:rPr>
        <w:t>2) ............................, adres: ............................,</w:t>
      </w:r>
    </w:p>
    <w:p w14:paraId="4361C840" w14:textId="77777777" w:rsidR="005E105E" w:rsidRPr="00A60894" w:rsidRDefault="00000000">
      <w:pPr>
        <w:spacing w:after="80"/>
        <w:rPr>
          <w:lang w:val="pl-PL"/>
        </w:rPr>
      </w:pPr>
      <w:r w:rsidRPr="00A60894">
        <w:rPr>
          <w:lang w:val="pl-PL"/>
        </w:rPr>
        <w:t xml:space="preserve">    na okoliczność: ............................................................</w:t>
      </w:r>
    </w:p>
    <w:p w14:paraId="194C2AC6" w14:textId="77777777" w:rsidR="005E105E" w:rsidRPr="00A60894" w:rsidRDefault="00000000">
      <w:pPr>
        <w:spacing w:after="40"/>
        <w:rPr>
          <w:lang w:val="pl-PL"/>
        </w:rPr>
      </w:pPr>
      <w:r w:rsidRPr="00A60894">
        <w:rPr>
          <w:lang w:val="pl-PL"/>
        </w:rPr>
        <w:t>3) ............................, adres: ............................,</w:t>
      </w:r>
    </w:p>
    <w:p w14:paraId="1A11BA82" w14:textId="77777777" w:rsidR="005E105E" w:rsidRPr="00A60894" w:rsidRDefault="00000000">
      <w:pPr>
        <w:spacing w:after="80"/>
        <w:rPr>
          <w:lang w:val="pl-PL"/>
        </w:rPr>
      </w:pPr>
      <w:r w:rsidRPr="00A60894">
        <w:rPr>
          <w:lang w:val="pl-PL"/>
        </w:rPr>
        <w:t xml:space="preserve">    na okoliczność: ............................................................</w:t>
      </w:r>
    </w:p>
    <w:p w14:paraId="352CD921" w14:textId="77777777" w:rsidR="005E105E" w:rsidRPr="00A60894" w:rsidRDefault="00000000">
      <w:pPr>
        <w:jc w:val="both"/>
        <w:rPr>
          <w:lang w:val="pl-PL"/>
        </w:rPr>
      </w:pPr>
      <w:r w:rsidRPr="00A60894">
        <w:rPr>
          <w:i/>
          <w:sz w:val="18"/>
          <w:lang w:val="pl-PL"/>
        </w:rPr>
        <w:t>Przy każdym świadku należy podać jego adres oraz wskazać, jakie konkretnie fakty ma potwierdzić.</w:t>
      </w:r>
    </w:p>
    <w:p w14:paraId="1492A0E8" w14:textId="77777777" w:rsidR="005E105E" w:rsidRPr="00A60894" w:rsidRDefault="00000000">
      <w:pPr>
        <w:spacing w:after="40"/>
        <w:rPr>
          <w:lang w:val="pl-PL"/>
        </w:rPr>
      </w:pPr>
      <w:r w:rsidRPr="00A60894">
        <w:rPr>
          <w:b/>
          <w:lang w:val="pl-PL"/>
        </w:rPr>
        <w:t>b) O zwrócenie się przez sąd o dokumentację medyczną uczestnika do następujących placówek:</w:t>
      </w:r>
    </w:p>
    <w:p w14:paraId="5833968F" w14:textId="77777777" w:rsidR="005E105E" w:rsidRPr="00A60894" w:rsidRDefault="00000000">
      <w:pPr>
        <w:spacing w:after="40"/>
        <w:rPr>
          <w:lang w:val="pl-PL"/>
        </w:rPr>
      </w:pPr>
      <w:r w:rsidRPr="00A60894">
        <w:rPr>
          <w:lang w:val="pl-PL"/>
        </w:rPr>
        <w:t>1) nazwa i adres placówki: .................................................., okres leczenia: ...............,</w:t>
      </w:r>
    </w:p>
    <w:p w14:paraId="4E23C138" w14:textId="77777777" w:rsidR="005E105E" w:rsidRPr="00A60894" w:rsidRDefault="00000000">
      <w:pPr>
        <w:spacing w:after="40"/>
        <w:rPr>
          <w:lang w:val="pl-PL"/>
        </w:rPr>
      </w:pPr>
      <w:r w:rsidRPr="00A60894">
        <w:rPr>
          <w:lang w:val="pl-PL"/>
        </w:rPr>
        <w:t>2) nazwa i adres placówki: .................................................., okres leczenia: ................</w:t>
      </w:r>
    </w:p>
    <w:p w14:paraId="4CB84FF1" w14:textId="77777777" w:rsidR="005E105E" w:rsidRPr="00A60894" w:rsidRDefault="00000000">
      <w:pPr>
        <w:jc w:val="both"/>
        <w:rPr>
          <w:lang w:val="pl-PL"/>
        </w:rPr>
      </w:pPr>
      <w:r w:rsidRPr="00A60894">
        <w:rPr>
          <w:i/>
          <w:sz w:val="18"/>
          <w:lang w:val="pl-PL"/>
        </w:rPr>
        <w:t>Ten wniosek ma szczególne znaczenie, jeżeli wnioskodawca nie ma dostępu do dokumentacji medycznej uczestnika.</w:t>
      </w:r>
    </w:p>
    <w:p w14:paraId="55DFBF25" w14:textId="77777777" w:rsidR="005E105E" w:rsidRPr="00A60894" w:rsidRDefault="005E105E">
      <w:pPr>
        <w:rPr>
          <w:lang w:val="pl-PL"/>
        </w:rPr>
      </w:pPr>
    </w:p>
    <w:p w14:paraId="03B4CC2E" w14:textId="77777777" w:rsidR="005E105E" w:rsidRPr="00A60894" w:rsidRDefault="00000000">
      <w:pPr>
        <w:rPr>
          <w:lang w:val="pl-PL"/>
        </w:rPr>
      </w:pPr>
      <w:r w:rsidRPr="00A60894">
        <w:rPr>
          <w:b/>
          <w:lang w:val="pl-PL"/>
        </w:rPr>
        <w:t>6. Wnioski dodatkowe (zaznaczyć, jeżeli dotyczą)</w:t>
      </w:r>
    </w:p>
    <w:p w14:paraId="4A09BD1A" w14:textId="77777777" w:rsidR="005E105E" w:rsidRPr="00A60894" w:rsidRDefault="00000000">
      <w:pPr>
        <w:pStyle w:val="ListBullet"/>
        <w:spacing w:after="40"/>
        <w:rPr>
          <w:lang w:val="pl-PL"/>
        </w:rPr>
      </w:pPr>
      <w:r w:rsidRPr="00A60894">
        <w:rPr>
          <w:lang w:val="pl-PL"/>
        </w:rPr>
        <w:t>o ustanowienie dla uczestnika doradcy tymczasowego (art. 548 KPC). Na doradcę wskazuję: ..................... Konkretne zagrożenie dla osoby lub mienia uczestnika, które to uzasadnia: ....................................</w:t>
      </w:r>
    </w:p>
    <w:p w14:paraId="72A877B7" w14:textId="77777777" w:rsidR="005E105E" w:rsidRPr="00A60894" w:rsidRDefault="00000000">
      <w:pPr>
        <w:jc w:val="both"/>
        <w:rPr>
          <w:lang w:val="pl-PL"/>
        </w:rPr>
      </w:pPr>
      <w:r w:rsidRPr="00A60894">
        <w:rPr>
          <w:i/>
          <w:sz w:val="18"/>
          <w:lang w:val="pl-PL"/>
        </w:rPr>
        <w:t>UWAGA: doradcę tymczasowego można ustanowić wyłącznie dla osoby PEŁNOLETNIEJ. Jego ustanowienie powoduje, że uczestnik ma ograniczoną zdolność do czynności prawnych na równi z osobą ubezwłasnowolnioną częściowo (art. 549 § 1 KPC), dlatego nie jest to krok formalny. Sam wniosek nie wystarczy: trzeba opisać konkretne zagrożenie, a nie powołać się ogólnie na stan zdrowia.</w:t>
      </w:r>
    </w:p>
    <w:p w14:paraId="4405AF8D" w14:textId="77777777" w:rsidR="005E105E" w:rsidRPr="00A60894" w:rsidRDefault="00000000">
      <w:pPr>
        <w:pStyle w:val="ListBullet"/>
        <w:spacing w:after="40"/>
        <w:rPr>
          <w:lang w:val="pl-PL"/>
        </w:rPr>
      </w:pPr>
      <w:r w:rsidRPr="00A60894">
        <w:rPr>
          <w:lang w:val="pl-PL"/>
        </w:rPr>
        <w:t>o zwolnienie mnie od kosztów sądowych w całości lub w części (w załączeniu oświadczenie o stanie rodzinnym, majątku, dochodach i źródłach utrzymania),</w:t>
      </w:r>
    </w:p>
    <w:p w14:paraId="292C88AB" w14:textId="77777777" w:rsidR="005E105E" w:rsidRPr="00A60894" w:rsidRDefault="00000000">
      <w:pPr>
        <w:pStyle w:val="ListBullet"/>
        <w:spacing w:after="40"/>
        <w:rPr>
          <w:lang w:val="pl-PL"/>
        </w:rPr>
      </w:pPr>
      <w:r w:rsidRPr="00A60894">
        <w:rPr>
          <w:lang w:val="pl-PL"/>
        </w:rPr>
        <w:t>o ustanowienie dla mnie pełnomocnika z urzędu.</w:t>
      </w:r>
    </w:p>
    <w:p w14:paraId="2C83D6CC" w14:textId="77777777" w:rsidR="005E105E" w:rsidRPr="00A60894" w:rsidRDefault="005E105E">
      <w:pPr>
        <w:rPr>
          <w:lang w:val="pl-PL"/>
        </w:rPr>
      </w:pPr>
    </w:p>
    <w:p w14:paraId="58D41F4F" w14:textId="77777777" w:rsidR="005E105E" w:rsidRPr="00A60894" w:rsidRDefault="00000000">
      <w:pPr>
        <w:rPr>
          <w:lang w:val="pl-PL"/>
        </w:rPr>
      </w:pPr>
      <w:r w:rsidRPr="00A60894">
        <w:rPr>
          <w:b/>
          <w:lang w:val="pl-PL"/>
        </w:rPr>
        <w:t>7. Załączniki</w:t>
      </w:r>
    </w:p>
    <w:p w14:paraId="5CC1F350" w14:textId="77777777" w:rsidR="005E105E" w:rsidRPr="00A60894" w:rsidRDefault="00000000">
      <w:pPr>
        <w:spacing w:after="40"/>
        <w:rPr>
          <w:lang w:val="pl-PL"/>
        </w:rPr>
      </w:pPr>
      <w:r w:rsidRPr="00A60894">
        <w:rPr>
          <w:b/>
          <w:lang w:val="pl-PL"/>
        </w:rPr>
        <w:t>A. Dokument medyczny - dołączyć, jeżeli jest dostępny</w:t>
      </w:r>
    </w:p>
    <w:p w14:paraId="17A02732" w14:textId="77777777" w:rsidR="005E105E" w:rsidRPr="00A60894" w:rsidRDefault="00000000">
      <w:pPr>
        <w:spacing w:after="40"/>
        <w:rPr>
          <w:lang w:val="pl-PL"/>
        </w:rPr>
      </w:pPr>
      <w:r w:rsidRPr="00A60894">
        <w:rPr>
          <w:lang w:val="pl-PL"/>
        </w:rPr>
        <w:t>Zaznaczyć dokument odpowiadający podstawie wniosku (art. 552 § 1 KPC):</w:t>
      </w:r>
    </w:p>
    <w:p w14:paraId="760C688D" w14:textId="77777777" w:rsidR="005E105E" w:rsidRPr="00A60894" w:rsidRDefault="00000000">
      <w:pPr>
        <w:pStyle w:val="ListBullet"/>
        <w:spacing w:after="40"/>
        <w:rPr>
          <w:lang w:val="pl-PL"/>
        </w:rPr>
      </w:pPr>
      <w:r w:rsidRPr="00A60894">
        <w:rPr>
          <w:lang w:val="pl-PL"/>
        </w:rPr>
        <w:t>świadectwo lekarskie wydane przez lekarza psychiatrę o stanie psychicznym uczestnika - przy chorobie psychicznej,</w:t>
      </w:r>
    </w:p>
    <w:p w14:paraId="5513DCB0" w14:textId="77777777" w:rsidR="005E105E" w:rsidRPr="00A60894" w:rsidRDefault="00000000">
      <w:pPr>
        <w:pStyle w:val="ListBullet"/>
        <w:spacing w:after="40"/>
        <w:rPr>
          <w:lang w:val="pl-PL"/>
        </w:rPr>
      </w:pPr>
      <w:r w:rsidRPr="00A60894">
        <w:rPr>
          <w:lang w:val="pl-PL"/>
        </w:rPr>
        <w:t>opinia psychologa o stopniu niepełnosprawności umysłowej uczestnika - przy niepełnosprawności intelektualnej,</w:t>
      </w:r>
    </w:p>
    <w:p w14:paraId="76062254" w14:textId="77777777" w:rsidR="005E105E" w:rsidRPr="00A60894" w:rsidRDefault="00000000">
      <w:pPr>
        <w:pStyle w:val="ListBullet"/>
        <w:spacing w:after="40"/>
        <w:rPr>
          <w:lang w:val="pl-PL"/>
        </w:rPr>
      </w:pPr>
      <w:r w:rsidRPr="00A60894">
        <w:rPr>
          <w:lang w:val="pl-PL"/>
        </w:rPr>
        <w:t>zaświadczenie poradni przeciwalkoholowej - dodatkowo, gdy podstawą jest pijaństwo,</w:t>
      </w:r>
    </w:p>
    <w:p w14:paraId="645FDAE9" w14:textId="77777777" w:rsidR="005E105E" w:rsidRPr="00A60894" w:rsidRDefault="00000000">
      <w:pPr>
        <w:pStyle w:val="ListBullet"/>
        <w:spacing w:after="40"/>
        <w:rPr>
          <w:lang w:val="pl-PL"/>
        </w:rPr>
      </w:pPr>
      <w:r w:rsidRPr="00A60894">
        <w:rPr>
          <w:lang w:val="pl-PL"/>
        </w:rPr>
        <w:t>zaświadczenie z poradni leczenia uzależnień - dodatkowo, gdy podstawą jest narkomania.</w:t>
      </w:r>
    </w:p>
    <w:p w14:paraId="4C5E1A26" w14:textId="77777777" w:rsidR="005E105E" w:rsidRPr="00A60894" w:rsidRDefault="00000000">
      <w:pPr>
        <w:jc w:val="both"/>
        <w:rPr>
          <w:lang w:val="pl-PL"/>
        </w:rPr>
      </w:pPr>
      <w:r w:rsidRPr="00A60894">
        <w:rPr>
          <w:i/>
          <w:sz w:val="18"/>
          <w:lang w:val="pl-PL"/>
        </w:rPr>
        <w:t>Dokument nie musi być dołączony już w chwili składania wniosku. Sąd zażąda go w wyznaczonym terminie przed zarządzeniem doręczenia wniosku uczestnikowi. Dołączenie go od razu skraca jednak sprawę.</w:t>
      </w:r>
    </w:p>
    <w:p w14:paraId="511E0729" w14:textId="77777777" w:rsidR="005E105E" w:rsidRPr="00A60894" w:rsidRDefault="005E105E">
      <w:pPr>
        <w:rPr>
          <w:lang w:val="pl-PL"/>
        </w:rPr>
      </w:pPr>
    </w:p>
    <w:p w14:paraId="08058431" w14:textId="77777777" w:rsidR="005E105E" w:rsidRPr="00A60894" w:rsidRDefault="00000000">
      <w:pPr>
        <w:spacing w:after="40"/>
        <w:rPr>
          <w:lang w:val="pl-PL"/>
        </w:rPr>
      </w:pPr>
      <w:r w:rsidRPr="00A60894">
        <w:rPr>
          <w:b/>
          <w:lang w:val="pl-PL"/>
        </w:rPr>
        <w:t>Jeżeli uzyskanie dokumentu nie jest możliwe, wypełnić poniżej:</w:t>
      </w:r>
    </w:p>
    <w:p w14:paraId="56AD0C8A" w14:textId="77777777" w:rsidR="005E105E" w:rsidRPr="00A60894" w:rsidRDefault="00000000">
      <w:pPr>
        <w:spacing w:after="40"/>
        <w:jc w:val="both"/>
        <w:rPr>
          <w:lang w:val="pl-PL"/>
        </w:rPr>
      </w:pPr>
      <w:r w:rsidRPr="00A60894">
        <w:rPr>
          <w:lang w:val="pl-PL"/>
        </w:rPr>
        <w:t>Nie jestem w stanie przedstawić wskazanego dokumentu, ponieważ (opisać konkretne podjęte próby i ich wynik, a nie ogólne stwierdzenie, że się nie da):</w:t>
      </w:r>
    </w:p>
    <w:p w14:paraId="47C6E193" w14:textId="77777777" w:rsidR="005E105E" w:rsidRPr="00A60894" w:rsidRDefault="00000000">
      <w:pPr>
        <w:spacing w:after="40"/>
        <w:rPr>
          <w:lang w:val="pl-PL"/>
        </w:rPr>
      </w:pPr>
      <w:r w:rsidRPr="00A60894">
        <w:rPr>
          <w:lang w:val="pl-PL"/>
        </w:rPr>
        <w:t>...............................................................................................</w:t>
      </w:r>
    </w:p>
    <w:p w14:paraId="33C89D45" w14:textId="77777777" w:rsidR="005E105E" w:rsidRPr="00A60894" w:rsidRDefault="00000000">
      <w:pPr>
        <w:spacing w:after="40"/>
        <w:rPr>
          <w:lang w:val="pl-PL"/>
        </w:rPr>
      </w:pPr>
      <w:r w:rsidRPr="00A60894">
        <w:rPr>
          <w:lang w:val="pl-PL"/>
        </w:rPr>
        <w:t>...............................................................................................</w:t>
      </w:r>
    </w:p>
    <w:p w14:paraId="324623E1" w14:textId="77777777" w:rsidR="005E105E" w:rsidRPr="00A60894" w:rsidRDefault="00000000">
      <w:pPr>
        <w:spacing w:after="40"/>
        <w:rPr>
          <w:lang w:val="pl-PL"/>
        </w:rPr>
      </w:pPr>
      <w:r w:rsidRPr="00A60894">
        <w:rPr>
          <w:lang w:val="pl-PL"/>
        </w:rPr>
        <w:t>...............................................................................................</w:t>
      </w:r>
    </w:p>
    <w:p w14:paraId="47DB30FA" w14:textId="77777777" w:rsidR="005E105E" w:rsidRPr="00A60894" w:rsidRDefault="00000000">
      <w:pPr>
        <w:spacing w:after="40"/>
        <w:jc w:val="both"/>
        <w:rPr>
          <w:lang w:val="pl-PL"/>
        </w:rPr>
      </w:pPr>
      <w:r w:rsidRPr="00A60894">
        <w:rPr>
          <w:lang w:val="pl-PL"/>
        </w:rPr>
        <w:t>W miejsce tego dokumentu wnoszę o przeprowadzenie dowodów wskazanych w punkcie 5 oraz przedstawiam dokumenty wymienione niżej.</w:t>
      </w:r>
    </w:p>
    <w:p w14:paraId="3EF2B02D" w14:textId="77777777" w:rsidR="005E105E" w:rsidRPr="00A60894" w:rsidRDefault="00000000">
      <w:pPr>
        <w:jc w:val="both"/>
        <w:rPr>
          <w:lang w:val="pl-PL"/>
        </w:rPr>
      </w:pPr>
      <w:r w:rsidRPr="00A60894">
        <w:rPr>
          <w:i/>
          <w:sz w:val="18"/>
          <w:lang w:val="pl-PL"/>
        </w:rPr>
        <w:t>Podstawa: art. 552 § 2 KPC przewiduje odrzucenie wniosku w razie niezłożenia żądanego dokumentu, ale z wyraźnym wyjątkiem - „chyba że złożenie takich dokumentów nie jest możliwe". Dlatego wyjaśnienie tej okoliczności jest istotne.</w:t>
      </w:r>
    </w:p>
    <w:p w14:paraId="7F5D8184" w14:textId="77777777" w:rsidR="005E105E" w:rsidRPr="00A60894" w:rsidRDefault="005E105E">
      <w:pPr>
        <w:rPr>
          <w:lang w:val="pl-PL"/>
        </w:rPr>
      </w:pPr>
    </w:p>
    <w:p w14:paraId="413E969F" w14:textId="77777777" w:rsidR="005E105E" w:rsidRPr="00A60894" w:rsidRDefault="00000000">
      <w:pPr>
        <w:spacing w:after="40"/>
        <w:rPr>
          <w:lang w:val="pl-PL"/>
        </w:rPr>
      </w:pPr>
      <w:r w:rsidRPr="00A60894">
        <w:rPr>
          <w:b/>
          <w:lang w:val="pl-PL"/>
        </w:rPr>
        <w:t>B. Pozostałe załączniki</w:t>
      </w:r>
    </w:p>
    <w:p w14:paraId="19251A5F" w14:textId="77777777" w:rsidR="005E105E" w:rsidRPr="00A60894" w:rsidRDefault="00000000">
      <w:pPr>
        <w:spacing w:after="40"/>
        <w:rPr>
          <w:lang w:val="pl-PL"/>
        </w:rPr>
      </w:pPr>
      <w:r w:rsidRPr="00A60894">
        <w:rPr>
          <w:lang w:val="pl-PL"/>
        </w:rPr>
        <w:t>1) dowód uiszczenia opłaty sądowej od wniosku w kwocie 100 zł,</w:t>
      </w:r>
    </w:p>
    <w:p w14:paraId="3F71625D" w14:textId="77777777" w:rsidR="005E105E" w:rsidRPr="00A60894" w:rsidRDefault="00000000">
      <w:pPr>
        <w:spacing w:after="40"/>
        <w:rPr>
          <w:lang w:val="pl-PL"/>
        </w:rPr>
      </w:pPr>
      <w:r w:rsidRPr="00A60894">
        <w:rPr>
          <w:lang w:val="pl-PL"/>
        </w:rPr>
        <w:t>2) odpis skrócony aktu urodzenia albo aktu małżeństwa albo inny dokument potwierdzający pokrewieństwo wnioskodawcy z uczestnikiem,</w:t>
      </w:r>
    </w:p>
    <w:p w14:paraId="7BD757EF" w14:textId="77777777" w:rsidR="005E105E" w:rsidRPr="00A60894" w:rsidRDefault="00000000">
      <w:pPr>
        <w:spacing w:after="40"/>
        <w:rPr>
          <w:lang w:val="pl-PL"/>
        </w:rPr>
      </w:pPr>
      <w:r w:rsidRPr="00A60894">
        <w:rPr>
          <w:lang w:val="pl-PL"/>
        </w:rPr>
        <w:lastRenderedPageBreak/>
        <w:t>3) dokumentacja medyczna uczestnika, jeżeli wnioskodawca nią dysponuje (wypisy ze szpitala, orzeczenia o niepełnosprawności, dokumenty z pomocy społecznej),</w:t>
      </w:r>
    </w:p>
    <w:p w14:paraId="0F5556FA" w14:textId="77777777" w:rsidR="005E105E" w:rsidRPr="00A60894" w:rsidRDefault="00000000">
      <w:pPr>
        <w:spacing w:after="40"/>
        <w:rPr>
          <w:lang w:val="pl-PL"/>
        </w:rPr>
      </w:pPr>
      <w:r w:rsidRPr="00A60894">
        <w:rPr>
          <w:lang w:val="pl-PL"/>
        </w:rPr>
        <w:t>4) odpisy wniosku wraz z załącznikami dla uczestnika, jego małżonka, jego przedstawiciela ustawowego ORAZ dodatkowy komplet dla prokuratora, który bierze udział w postępowaniu z mocy prawa (art. 546 § 2 KPC).</w:t>
      </w:r>
    </w:p>
    <w:p w14:paraId="57F65E8E" w14:textId="77777777" w:rsidR="005E105E" w:rsidRPr="00A60894" w:rsidRDefault="005E105E">
      <w:pPr>
        <w:rPr>
          <w:lang w:val="pl-PL"/>
        </w:rPr>
      </w:pPr>
    </w:p>
    <w:p w14:paraId="21964E19" w14:textId="77777777" w:rsidR="005E105E" w:rsidRPr="00A60894" w:rsidRDefault="00000000">
      <w:pPr>
        <w:spacing w:after="0"/>
        <w:jc w:val="right"/>
        <w:rPr>
          <w:lang w:val="pl-PL"/>
        </w:rPr>
      </w:pPr>
      <w:r w:rsidRPr="00A60894">
        <w:rPr>
          <w:lang w:val="pl-PL"/>
        </w:rPr>
        <w:t>.......................................................</w:t>
      </w:r>
    </w:p>
    <w:p w14:paraId="1E3EC6C3" w14:textId="77777777" w:rsidR="005E105E" w:rsidRPr="00A60894" w:rsidRDefault="00000000">
      <w:pPr>
        <w:jc w:val="right"/>
        <w:rPr>
          <w:lang w:val="pl-PL"/>
        </w:rPr>
      </w:pPr>
      <w:r w:rsidRPr="00A60894">
        <w:rPr>
          <w:sz w:val="16"/>
          <w:lang w:val="pl-PL"/>
        </w:rPr>
        <w:t>(podpis wnioskodawcy)</w:t>
      </w:r>
    </w:p>
    <w:p w14:paraId="695BEAB9" w14:textId="77777777" w:rsidR="005E105E" w:rsidRPr="00A60894" w:rsidRDefault="00000000">
      <w:pPr>
        <w:rPr>
          <w:lang w:val="pl-PL"/>
        </w:rPr>
      </w:pPr>
      <w:r w:rsidRPr="00A60894">
        <w:rPr>
          <w:lang w:val="pl-PL"/>
        </w:rPr>
        <w:br w:type="page"/>
      </w:r>
    </w:p>
    <w:p w14:paraId="0648AAC7" w14:textId="77777777" w:rsidR="005E105E" w:rsidRPr="00A60894" w:rsidRDefault="00000000">
      <w:pPr>
        <w:rPr>
          <w:lang w:val="pl-PL"/>
        </w:rPr>
      </w:pPr>
      <w:r w:rsidRPr="00A60894">
        <w:rPr>
          <w:b/>
          <w:lang w:val="pl-PL"/>
        </w:rPr>
        <w:lastRenderedPageBreak/>
        <w:t>NAJWAŻNIEJSZE INFORMACJE - PRZECZYTAJ PRZED WYSŁANIEM</w:t>
      </w:r>
    </w:p>
    <w:p w14:paraId="2CCC5987" w14:textId="77777777" w:rsidR="005E105E" w:rsidRPr="00A60894" w:rsidRDefault="00000000">
      <w:pPr>
        <w:spacing w:after="40"/>
        <w:jc w:val="both"/>
        <w:rPr>
          <w:lang w:val="pl-PL"/>
        </w:rPr>
      </w:pPr>
      <w:r w:rsidRPr="00A60894">
        <w:rPr>
          <w:b/>
          <w:lang w:val="pl-PL"/>
        </w:rPr>
        <w:t>1. Właściwy jest SĄD OKRĘGOWY, nie rejonowy.</w:t>
      </w:r>
    </w:p>
    <w:p w14:paraId="36936397" w14:textId="77777777" w:rsidR="005E105E" w:rsidRPr="00A60894" w:rsidRDefault="00000000">
      <w:pPr>
        <w:jc w:val="both"/>
        <w:rPr>
          <w:lang w:val="pl-PL"/>
        </w:rPr>
      </w:pPr>
      <w:r w:rsidRPr="00A60894">
        <w:rPr>
          <w:lang w:val="pl-PL"/>
        </w:rPr>
        <w:t>Sprawy o ubezwłasnowolnienie należą do właściwości sądów okręgowych. Właściwy jest sąd miejsca zamieszkania osoby, której dotyczy wniosek, a w braku miejsca zamieszkania - sąd miejsca jej pobytu (art. 544 KPC).</w:t>
      </w:r>
    </w:p>
    <w:p w14:paraId="4F605FA3" w14:textId="77777777" w:rsidR="005E105E" w:rsidRPr="00A60894" w:rsidRDefault="00000000">
      <w:pPr>
        <w:spacing w:after="40"/>
        <w:jc w:val="both"/>
        <w:rPr>
          <w:lang w:val="pl-PL"/>
        </w:rPr>
      </w:pPr>
      <w:r w:rsidRPr="00A60894">
        <w:rPr>
          <w:b/>
          <w:lang w:val="pl-PL"/>
        </w:rPr>
        <w:t>2. To sąd decyduje o rodzaju ubezwłasnowolnienia.</w:t>
      </w:r>
    </w:p>
    <w:p w14:paraId="3F41CA81" w14:textId="77777777" w:rsidR="005E105E" w:rsidRPr="00A60894" w:rsidRDefault="00000000">
      <w:pPr>
        <w:jc w:val="both"/>
        <w:rPr>
          <w:lang w:val="pl-PL"/>
        </w:rPr>
      </w:pPr>
      <w:r w:rsidRPr="00A60894">
        <w:rPr>
          <w:lang w:val="pl-PL"/>
        </w:rPr>
        <w:t>Sąd nie jest związany zakresem wniosku co do rodzaju ubezwłasnowolnienia (uchwała składu siedmiu sędziów SN z 13 marca 2025 r., III CZP 41/24). Możesz wskazać, za czym Twoim zdaniem przemawiają okoliczności, ale rodzaj wynika z postępowania dowodowego. Ważniejsze od nazwania rodzaju jest rzetelne opisanie, czego uczestnik nie jest w stanie zrobić.</w:t>
      </w:r>
    </w:p>
    <w:p w14:paraId="5A028BFB" w14:textId="77777777" w:rsidR="005E105E" w:rsidRPr="00A60894" w:rsidRDefault="00000000">
      <w:pPr>
        <w:spacing w:after="40"/>
        <w:jc w:val="both"/>
        <w:rPr>
          <w:lang w:val="pl-PL"/>
        </w:rPr>
      </w:pPr>
      <w:r w:rsidRPr="00A60894">
        <w:rPr>
          <w:b/>
          <w:lang w:val="pl-PL"/>
        </w:rPr>
        <w:t>3. Krewny nie złoży wniosku, gdy uczestnik ma przedstawiciela ustawowego.</w:t>
      </w:r>
    </w:p>
    <w:p w14:paraId="2EC10336" w14:textId="77777777" w:rsidR="005E105E" w:rsidRDefault="00000000">
      <w:pPr>
        <w:jc w:val="both"/>
      </w:pPr>
      <w:r w:rsidRPr="00A60894">
        <w:rPr>
          <w:lang w:val="pl-PL"/>
        </w:rPr>
        <w:t xml:space="preserve">Wynika to z art. 545 § 2 KPC. </w:t>
      </w:r>
      <w:r>
        <w:t>Sprawdź to przed wysłaniem pisma, bo jest to częsta przyczyna odrzucenia wniosku.</w:t>
      </w:r>
    </w:p>
    <w:p w14:paraId="3DA4FF17" w14:textId="77777777" w:rsidR="005E105E" w:rsidRDefault="00000000">
      <w:pPr>
        <w:spacing w:after="40"/>
        <w:jc w:val="both"/>
      </w:pPr>
      <w:r>
        <w:rPr>
          <w:b/>
        </w:rPr>
        <w:t>4. Dokument medyczny: brak nie zawsze przesądza sprawę, ale milczenie już tak.</w:t>
      </w:r>
    </w:p>
    <w:p w14:paraId="7DDAF257" w14:textId="77777777" w:rsidR="005E105E" w:rsidRDefault="00000000">
      <w:pPr>
        <w:jc w:val="both"/>
      </w:pPr>
      <w:r>
        <w:t>Sąd żąda dokumentu w wyznaczonym terminie przed doręczeniem wniosku uczestnikowi (art. 552 § 1 KPC). W razie jego niezłożenia sąd odrzuca wniosek, chyba że złożenie dokumentu nie jest możliwe (art. 552 § 2 KPC). Jeżeli nie da się go uzyskać, wypełnij część 7A i wskaż inne dowody.</w:t>
      </w:r>
    </w:p>
    <w:p w14:paraId="538FDD67" w14:textId="77777777" w:rsidR="005E105E" w:rsidRDefault="00000000">
      <w:pPr>
        <w:spacing w:after="40"/>
        <w:jc w:val="both"/>
      </w:pPr>
      <w:r>
        <w:rPr>
          <w:b/>
        </w:rPr>
        <w:t>5. Wniosek musi służyć dobru uczestnika.</w:t>
      </w:r>
    </w:p>
    <w:p w14:paraId="512DA48A" w14:textId="77777777" w:rsidR="005E105E" w:rsidRDefault="00000000">
      <w:pPr>
        <w:jc w:val="both"/>
      </w:pPr>
      <w:r>
        <w:t>Ubezwłasnowolnienie nie może służyć interesowi rodziny ani wygodzie wnioskodawcy. Kto zgłosił wniosek w złej wierze lub lekkomyślnie, podlega karze grzywny (art. 545 § 4 KPC). Część 4 wniosku nie jest formalnością.</w:t>
      </w:r>
    </w:p>
    <w:p w14:paraId="5F0E2017" w14:textId="77777777" w:rsidR="005E105E" w:rsidRDefault="00000000">
      <w:pPr>
        <w:spacing w:after="40"/>
        <w:jc w:val="both"/>
      </w:pPr>
      <w:r>
        <w:rPr>
          <w:b/>
        </w:rPr>
        <w:t>6. To nie jest koniec sprawy.</w:t>
      </w:r>
    </w:p>
    <w:p w14:paraId="3BF20A04" w14:textId="77777777" w:rsidR="005E105E" w:rsidRDefault="00000000">
      <w:pPr>
        <w:jc w:val="both"/>
      </w:pPr>
      <w:r>
        <w:t>Postanowienie o ubezwłasnowolnieniu wydaje sąd okręgowy, ale opiekuna albo kuratora ustanawia dopiero sąd opiekuńczy, czyli sąd rejonowy, w odrębnym postępowaniu.</w:t>
      </w:r>
    </w:p>
    <w:p w14:paraId="4F77185D" w14:textId="77777777" w:rsidR="005E105E" w:rsidRDefault="00000000">
      <w:pPr>
        <w:spacing w:after="40"/>
        <w:jc w:val="both"/>
      </w:pPr>
      <w:r>
        <w:rPr>
          <w:b/>
        </w:rPr>
        <w:t>7. Sprawdź najpierw, czy wystarczy pełnomocnictwo albo kuratela.</w:t>
      </w:r>
    </w:p>
    <w:p w14:paraId="26EE8A9E" w14:textId="77777777" w:rsidR="005E105E" w:rsidRDefault="00000000">
      <w:pPr>
        <w:jc w:val="both"/>
      </w:pPr>
      <w:r>
        <w:t>Jeżeli uczestnik nadal rozumie swoje decyzje, właściwym narzędziem bywa pełnomocnictwo. Pełnomocnictwa może jednak udzielić tylko osoba mająca zdolność do czynności prawnych wymaganą dla danej czynności, więc jest to rozwiązanie, które trzeba przygotować zawczasu. Osobną możliwością jest kuratela dla osoby niepełnosprawnej (art. 183 KRO), która nie odbiera zdolności do czynności prawnych.</w:t>
      </w:r>
    </w:p>
    <w:p w14:paraId="28489948" w14:textId="77777777" w:rsidR="005E105E" w:rsidRDefault="005E105E"/>
    <w:p w14:paraId="042D1662" w14:textId="77777777" w:rsidR="005E105E" w:rsidRDefault="00000000">
      <w:pPr>
        <w:jc w:val="both"/>
      </w:pPr>
      <w:r>
        <w:rPr>
          <w:i/>
          <w:sz w:val="18"/>
        </w:rPr>
        <w:t>To wzór redakcyjny przygotowany dla serwisu Weź Prawnika, a nie porada prawna. Przed złożeniem sprawdź właściwość miejscową sądu, aktualną wysokość opłaty oraz to, którego dokumentu wymaga podstawa Twojego wniosku.</w:t>
      </w:r>
    </w:p>
    <w:p w14:paraId="50C05C0E" w14:textId="77777777" w:rsidR="005E105E" w:rsidRDefault="00000000">
      <w:pPr>
        <w:jc w:val="both"/>
      </w:pPr>
      <w:r>
        <w:rPr>
          <w:i/>
          <w:sz w:val="18"/>
        </w:rPr>
        <w:t>Podstawa prawna: art. 13 i 16 Kodeksu cywilnego; art. 183 Kodeksu rodzinnego i opiekuńczego; art. 511, 544, 545, 546, 547, 548, 549, 552, 553, 554(1), 557 i 558 Kodeksu postępowania cywilnego. Opłata: art. 23 pkt 1 ustawy o kosztach sądowych w sprawach cywilnych. Orzecznictwo: uchwała SN z 13 marca 2025 r., III CZP 41/24.</w:t>
      </w:r>
    </w:p>
    <w:p w14:paraId="7E987699" w14:textId="7C5E0097" w:rsidR="005E105E" w:rsidRDefault="00000000">
      <w:pPr>
        <w:jc w:val="both"/>
      </w:pPr>
      <w:r>
        <w:rPr>
          <w:i/>
          <w:sz w:val="18"/>
        </w:rPr>
        <w:t xml:space="preserve">Stan prawny: 7 września 2026 r. </w:t>
      </w:r>
    </w:p>
    <w:sectPr w:rsidR="005E105E" w:rsidSect="00034616">
      <w:pgSz w:w="12240" w:h="15840"/>
      <w:pgMar w:top="1440" w:right="1417" w:bottom="144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77761157">
    <w:abstractNumId w:val="8"/>
  </w:num>
  <w:num w:numId="2" w16cid:durableId="663515138">
    <w:abstractNumId w:val="6"/>
  </w:num>
  <w:num w:numId="3" w16cid:durableId="631834389">
    <w:abstractNumId w:val="5"/>
  </w:num>
  <w:num w:numId="4" w16cid:durableId="626738349">
    <w:abstractNumId w:val="4"/>
  </w:num>
  <w:num w:numId="5" w16cid:durableId="1003776278">
    <w:abstractNumId w:val="7"/>
  </w:num>
  <w:num w:numId="6" w16cid:durableId="523440986">
    <w:abstractNumId w:val="3"/>
  </w:num>
  <w:num w:numId="7" w16cid:durableId="585505615">
    <w:abstractNumId w:val="2"/>
  </w:num>
  <w:num w:numId="8" w16cid:durableId="1074546133">
    <w:abstractNumId w:val="1"/>
  </w:num>
  <w:num w:numId="9" w16cid:durableId="7559043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B3EB3"/>
    <w:rsid w:val="005E105E"/>
    <w:rsid w:val="00986954"/>
    <w:rsid w:val="00A6089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930E32"/>
  <w14:defaultImageDpi w14:val="300"/>
  <w15:docId w15:val="{300D095D-11FC-D549-B532-AB9220E9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1378</Words>
  <Characters>11900</Characters>
  <Application>Microsoft Office Word</Application>
  <DocSecurity>0</DocSecurity>
  <Lines>201</Lines>
  <Paragraphs>141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Sebastian Szczepański</cp:lastModifiedBy>
  <cp:revision>2</cp:revision>
  <dcterms:created xsi:type="dcterms:W3CDTF">2026-09-07T13:59:00Z</dcterms:created>
  <dcterms:modified xsi:type="dcterms:W3CDTF">2026-09-07T13:59:00Z</dcterms:modified>
  <cp:category/>
</cp:coreProperties>
</file>