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</w:rPr>
        <w:t>[miejscowość], dnia [data] r.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0"/>
            </w:pPr>
            <w:r/>
            <w:r>
              <w:rPr>
                <w:b/>
                <w:sz w:val="20"/>
              </w:rPr>
              <w:t>Wierzyciel:</w:t>
            </w:r>
          </w:p>
          <w:p>
            <w:pPr>
              <w:spacing w:after="0"/>
            </w:pPr>
            <w:r>
              <w:rPr>
                <w:sz w:val="20"/>
              </w:rPr>
              <w:t>[imię i nazwisko]</w:t>
            </w:r>
          </w:p>
          <w:p>
            <w:pPr>
              <w:spacing w:after="0"/>
            </w:pPr>
            <w:r>
              <w:rPr>
                <w:sz w:val="20"/>
              </w:rPr>
              <w:t>[adres]</w:t>
            </w:r>
          </w:p>
          <w:p>
            <w:pPr>
              <w:spacing w:after="0"/>
            </w:pPr>
            <w:r>
              <w:rPr>
                <w:sz w:val="20"/>
              </w:rPr>
              <w:t>[telefon, e-mail]</w:t>
            </w:r>
          </w:p>
        </w:tc>
        <w:tc>
          <w:tcPr>
            <w:tcW w:type="dxa" w:w="4933"/>
          </w:tcPr>
          <w:p>
            <w:pPr>
              <w:spacing w:after="0"/>
            </w:pPr>
            <w:r/>
            <w:r>
              <w:rPr>
                <w:b/>
                <w:sz w:val="20"/>
              </w:rPr>
              <w:t>Dłużnik:</w:t>
            </w:r>
          </w:p>
          <w:p>
            <w:pPr>
              <w:spacing w:after="0"/>
            </w:pPr>
            <w:r>
              <w:rPr>
                <w:sz w:val="20"/>
              </w:rPr>
              <w:t>[imię i nazwisko]</w:t>
            </w:r>
          </w:p>
          <w:p>
            <w:pPr>
              <w:spacing w:after="0"/>
            </w:pPr>
            <w:r>
              <w:rPr>
                <w:sz w:val="20"/>
              </w:rPr>
              <w:t>[adres zamieszkania]</w:t>
            </w:r>
          </w:p>
          <w:p>
            <w:pPr>
              <w:spacing w:after="0"/>
            </w:pPr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160"/>
        <w:jc w:val="center"/>
      </w:pPr>
      <w:r>
        <w:rPr>
          <w:b/>
          <w:i w:val="0"/>
          <w:sz w:val="26"/>
        </w:rPr>
        <w:t>PRZEDSĄDOWE WEZWANIE DO ZAPŁATY</w:t>
      </w:r>
    </w:p>
    <w:p>
      <w:pPr>
        <w:jc w:val="both"/>
      </w:pPr>
      <w:r>
        <w:rPr>
          <w:b w:val="0"/>
          <w:i w:val="0"/>
        </w:rPr>
        <w:t xml:space="preserve">Działając we własnym imieniu, wzywam Pana/Panią do zapłaty kwoty </w:t>
      </w:r>
      <w:r>
        <w:rPr>
          <w:b/>
          <w:i w:val="0"/>
        </w:rPr>
        <w:t>[kwota] zł</w:t>
      </w:r>
      <w:r>
        <w:rPr>
          <w:b w:val="0"/>
          <w:i w:val="0"/>
        </w:rPr>
        <w:t xml:space="preserve"> (słownie: [kwota słownie] złotych) tytułem [podstawa, np. zwrotu pożyczki udzielonej na podstawie umowy z dnia [data] / zapłaty za [towar, usługę, czynsz]]¹, wraz z </w:t>
      </w:r>
      <w:r>
        <w:rPr>
          <w:b/>
          <w:i w:val="0"/>
        </w:rPr>
        <w:t>odsetkami ustawowymi za opóźnienie</w:t>
      </w:r>
      <w:r>
        <w:rPr>
          <w:b w:val="0"/>
          <w:i w:val="0"/>
        </w:rPr>
        <w:t xml:space="preserve"> liczonymi od dnia [dzień następujący po terminie zapłaty] do dnia zapłaty²,</w:t>
      </w:r>
    </w:p>
    <w:p>
      <w:pPr>
        <w:jc w:val="both"/>
      </w:pPr>
      <w:r>
        <w:rPr>
          <w:b w:val="0"/>
          <w:i w:val="0"/>
        </w:rPr>
        <w:t xml:space="preserve">w terminie </w:t>
      </w:r>
      <w:r>
        <w:rPr>
          <w:b/>
          <w:i w:val="0"/>
        </w:rPr>
        <w:t>7 dni od dnia doręczenia niniejszego wezwania</w:t>
      </w:r>
      <w:r>
        <w:rPr>
          <w:b w:val="0"/>
          <w:i w:val="0"/>
        </w:rPr>
        <w:t>³, przelewem na rachunek bankowy nr [numer rachunku], w tytule przelewu: [np. „zapłata za ...”].</w:t>
      </w:r>
    </w:p>
    <w:p>
      <w:pPr>
        <w:jc w:val="both"/>
      </w:pPr>
      <w:r>
        <w:rPr>
          <w:b w:val="0"/>
          <w:i w:val="0"/>
        </w:rPr>
        <w:t xml:space="preserve">[Wariant dla pożyczki bez ustalonego terminu zwrotu, zamiast dwóch akapitów powyżej:] Wypowiadam umowę pożyczki z dnia [data] i wzywam Pana/Panią do zwrotu kwoty </w:t>
      </w:r>
      <w:r>
        <w:rPr>
          <w:b/>
          <w:i w:val="0"/>
        </w:rPr>
        <w:t>[kwota] zł</w:t>
      </w:r>
      <w:r>
        <w:rPr>
          <w:b w:val="0"/>
          <w:i w:val="0"/>
        </w:rPr>
        <w:t xml:space="preserve"> w terminie </w:t>
      </w:r>
      <w:r>
        <w:rPr>
          <w:b/>
          <w:i w:val="0"/>
        </w:rPr>
        <w:t>sześciu tygodni od dnia doręczenia niniejszego pisma</w:t>
      </w:r>
      <w:r>
        <w:rPr>
          <w:b w:val="0"/>
          <w:i w:val="0"/>
        </w:rPr>
        <w:t xml:space="preserve"> (art. 723 Kodeksu cywilnego), przelewem na rachunek bankowy nr [numer rachunku], wraz z odsetkami ustawowymi za opóźnienie od dnia następującego po upływie tego terminu do dnia zapłaty.</w:t>
      </w:r>
    </w:p>
    <w:p>
      <w:pPr>
        <w:spacing w:after="40"/>
      </w:pPr>
      <w:r>
        <w:rPr>
          <w:b/>
          <w:i w:val="0"/>
        </w:rPr>
        <w:t>Uzasadnienie</w:t>
      </w:r>
    </w:p>
    <w:p>
      <w:pPr>
        <w:jc w:val="both"/>
      </w:pPr>
      <w:r>
        <w:rPr>
          <w:b w:val="0"/>
          <w:i w:val="0"/>
        </w:rPr>
        <w:t>[Krótko opisz, skąd wziął się dług: kiedy i na jakiej podstawie powstało zobowiązanie, jaki był termin zapłaty i czy dłużnik zapłacił część kwoty. Np.: W dniu [data] udzieliłem/am Panu/Pani pożyczki w kwocie [kwota] zł, którą zobowiązał/a się Pan/Pani zwrócić do dnia [data]. Do dnia dzisiejszego kwota nie została zwrócona.]</w:t>
      </w:r>
    </w:p>
    <w:p>
      <w:pPr>
        <w:jc w:val="both"/>
      </w:pPr>
      <w:r>
        <w:rPr>
          <w:b w:val="0"/>
          <w:i w:val="0"/>
        </w:rPr>
        <w:t>Jestem otwarty/a na polubowne rozwiązanie sprawy, w tym na rozłożenie należności na raty po pisemnym uznaniu długu. W tym celu proszę o kontakt pod numerem telefonu [numer] lub adresem e-mail [adres] przed upływem wyznaczonego terminu⁴.</w:t>
      </w:r>
    </w:p>
    <w:p>
      <w:pPr>
        <w:spacing w:after="200"/>
        <w:jc w:val="both"/>
      </w:pPr>
      <w:r>
        <w:rPr>
          <w:b w:val="0"/>
          <w:i w:val="0"/>
        </w:rPr>
        <w:t>W przypadku braku zapłaty w wyznaczonym terminie skieruję sprawę na drogę postępowania sądowego⁵, co może narazić Pana/Panią na dodatkowe koszty: opłatę sądową, koszty zastępstwa procesowego, a następnie koszty postępowania egzekucyjnego.</w:t>
      </w:r>
    </w:p>
    <w:p>
      <w:pPr>
        <w:spacing w:after="120"/>
        <w:jc w:val="right"/>
      </w:pPr>
      <w:r>
        <w:rPr>
          <w:b w:val="0"/>
          <w:i w:val="0"/>
        </w:rPr>
        <w:t>[podpis wierzyciela]</w:t>
      </w:r>
    </w:p>
    <w:p>
      <w:pPr>
        <w:spacing w:after="120"/>
      </w:pPr>
      <w:r>
        <w:rPr>
          <w:b w:val="0"/>
          <w:i w:val="0"/>
          <w:sz w:val="18"/>
        </w:rPr>
        <w:t>Załączniki: [np. kopia umowy pożyczki, potwierdzenie przelewu, korespondencja]</w:t>
      </w:r>
    </w:p>
    <w:p>
      <w:pPr>
        <w:spacing w:after="0"/>
      </w:pPr>
      <w:r>
        <w:rPr>
          <w:b w:val="0"/>
          <w:i w:val="0"/>
          <w:sz w:val="16"/>
        </w:rPr>
        <w:t>________________________________________</w:t>
      </w:r>
    </w:p>
    <w:p>
      <w:pPr>
        <w:spacing w:after="0"/>
      </w:pPr>
      <w:r>
        <w:rPr>
          <w:b w:val="0"/>
          <w:i w:val="0"/>
          <w:sz w:val="15"/>
        </w:rPr>
        <w:t>¹ Wskaż podstawę tak, żeby dłużnik nie miał wątpliwości, o jaki dług chodzi (data umowy, numer faktury, tytuł).</w:t>
      </w:r>
    </w:p>
    <w:p>
      <w:pPr>
        <w:spacing w:after="0"/>
      </w:pPr>
      <w:r>
        <w:rPr>
          <w:b w:val="0"/>
          <w:i w:val="0"/>
          <w:sz w:val="15"/>
        </w:rPr>
        <w:t>² Odsetki należą się od dnia następującego po terminie zapłaty. Od 5 marca 2026 r. odsetki ustawowe za opóźnienie wynoszą 9,25% w stosunku rocznym (M.P. 2026 poz. 367). Jeżeli termin zapłaty nie był ustalony, odsetki liczy się od upływu terminu z tego wezwania (art. 455 KC), o ile przepis szczególny nie przewiduje innego terminu; wtedy wpisz „od dnia następującego po upływie terminu wskazanego w niniejszym wezwaniu”. Przy pożyczce bez terminu zwrotu użyj wariantu z wypowiedzeniem: pożyczkobiorca ma 6 tygodni na zwrot (art. 723 KC), a odsetki należą się od dnia następującego po ich upływie.</w:t>
      </w:r>
    </w:p>
    <w:p>
      <w:pPr>
        <w:spacing w:after="0"/>
      </w:pPr>
      <w:r>
        <w:rPr>
          <w:b w:val="0"/>
          <w:i w:val="0"/>
          <w:sz w:val="15"/>
        </w:rPr>
        <w:t>³ Wyślij wezwanie listem poleconym za potwierdzeniem odbioru i zachowaj kopię, dowód nadania i zwrotkę. W pozwie trzeba podać, czy strony próbowały rozwiązać spór polubownie (art. 187 § 1 pkt 3 KPC).</w:t>
      </w:r>
    </w:p>
    <w:p>
      <w:pPr>
        <w:spacing w:after="0"/>
      </w:pPr>
      <w:r>
        <w:rPr>
          <w:b w:val="0"/>
          <w:i w:val="0"/>
          <w:sz w:val="15"/>
        </w:rPr>
        <w:t>⁴ Pisemne uznanie długu przez dłużnika przerywa bieg przedawnienia (art. 123 § 1 pkt 2 KC).</w:t>
      </w:r>
    </w:p>
    <w:p>
      <w:pPr>
        <w:spacing w:after="0"/>
      </w:pPr>
      <w:r>
        <w:rPr>
          <w:b w:val="0"/>
          <w:i w:val="0"/>
          <w:sz w:val="15"/>
        </w:rPr>
        <w:t>⁵ Osoba fizyczna nieprowadząca działalności może przekazać informację do biura informacji gospodarczej na innych zasadach, w szczególności po uzyskaniu tytułu wykonawczego (art. 16 ustawy o udostępnianiu informacji gospodarczych). Niniejszy wzór nie stanowi ustawowego ostrzeżenia wymaganego do dokonania wpisu.</w:t>
      </w:r>
    </w:p>
    <w:sectPr w:rsidR="00FC693F" w:rsidRPr="0006063C" w:rsidSect="00034616">
      <w:pgSz w:w="11906" w:h="16838"/>
      <w:pgMar w:top="680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