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40" w:lineRule="auto"/>
        <w:jc w:val="right"/>
      </w:pPr>
      <w:r>
        <w:rPr>
          <w:b w:val="0"/>
          <w:i w:val="0"/>
          <w:sz w:val="20"/>
        </w:rPr>
        <w:t>.............................................., dnia ........................ r.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(imię i nazwisko)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(adres do doręczeń)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(telefon lub e-mail do kontaktu)</w:t>
      </w:r>
    </w:p>
    <w:p>
      <w:pPr>
        <w:spacing w:before="160" w:after="0" w:line="240" w:lineRule="auto"/>
      </w:pPr>
      <w:r>
        <w:rPr>
          <w:b w:val="0"/>
          <w:i w:val="0"/>
          <w:sz w:val="20"/>
        </w:rPr>
        <w:t>Sąd ..............................................................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 Wydział ............................................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ul. ..............................................................</w:t>
      </w:r>
    </w:p>
    <w:p>
      <w:pPr>
        <w:spacing w:before="0" w:after="120" w:line="240" w:lineRule="auto"/>
      </w:pPr>
      <w:r>
        <w:rPr>
          <w:b w:val="0"/>
          <w:i w:val="0"/>
          <w:sz w:val="20"/>
        </w:rPr>
        <w:t>......................................................................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Sygnatura akt: ............................................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Strony: ..............................................................</w:t>
      </w:r>
    </w:p>
    <w:p>
      <w:pPr>
        <w:spacing w:before="160" w:after="180" w:line="240" w:lineRule="auto"/>
        <w:jc w:val="center"/>
      </w:pPr>
      <w:r>
        <w:rPr>
          <w:b/>
          <w:i w:val="0"/>
          <w:sz w:val="26"/>
        </w:rPr>
        <w:t>Zawiadomienie o wypowiedzeniu pełnomocnictwa procesowego</w:t>
      </w:r>
    </w:p>
    <w:p>
      <w:pPr>
        <w:spacing w:before="0" w:after="120" w:line="240" w:lineRule="auto"/>
        <w:jc w:val="both"/>
      </w:pPr>
      <w:r>
        <w:rPr>
          <w:b w:val="0"/>
          <w:i w:val="0"/>
          <w:sz w:val="20"/>
        </w:rPr>
        <w:t>Działając jako .............................. (powód / pozwany / wnioskodawca / uczestnik) w sprawie o sygnaturze wskazanej powyżej, zawiadamiam, że w dniu ...................... r. wypowiedziałem / wypowiedziałam pełnomocnictwo procesowe udzielone:</w:t>
      </w:r>
    </w:p>
    <w:p>
      <w:pPr>
        <w:spacing w:before="0" w:after="0" w:line="240" w:lineRule="auto"/>
      </w:pPr>
      <w:r>
        <w:rPr>
          <w:b w:val="0"/>
          <w:i w:val="0"/>
          <w:sz w:val="20"/>
        </w:rPr>
        <w:t>......................................................................................</w:t>
      </w:r>
    </w:p>
    <w:p>
      <w:pPr>
        <w:spacing w:before="0" w:after="100" w:line="240" w:lineRule="auto"/>
      </w:pPr>
      <w:r>
        <w:rPr>
          <w:b w:val="0"/>
          <w:i/>
          <w:color w:val="555555"/>
          <w:sz w:val="16"/>
        </w:rPr>
        <w:t>(tytuł zawodowy, imię i nazwisko dotychczasowego pełnomocnika)</w:t>
      </w:r>
    </w:p>
    <w:p>
      <w:pPr>
        <w:spacing w:before="40" w:after="140" w:line="240" w:lineRule="auto"/>
        <w:jc w:val="both"/>
      </w:pPr>
      <w:r>
        <w:rPr>
          <w:b w:val="0"/>
          <w:i w:val="0"/>
          <w:sz w:val="20"/>
        </w:rPr>
        <w:t>Zgodnie z art. 94 § 1 Kodeksu postępowania cywilnego wypowiedzenie pełnomocnictwa procesowego przez mocodawcę odnosi skutek prawny w stosunku do sądu z chwilą zawiadomienia go o tym, w stosunku zaś do przeciwnika i innych uczestników z chwilą doręczenia im tego zawiadomienia przez sąd.</w:t>
      </w:r>
    </w:p>
    <w:p>
      <w:pPr>
        <w:spacing w:before="0" w:after="80" w:line="240" w:lineRule="auto"/>
      </w:pPr>
      <w:r>
        <w:rPr>
          <w:b w:val="0"/>
          <w:i w:val="0"/>
          <w:sz w:val="20"/>
        </w:rPr>
        <w:t>Wnoszę o doręczanie wszelkich pism w sprawie:</w:t>
      </w:r>
    </w:p>
    <w:p>
      <w:pPr>
        <w:spacing w:before="0" w:after="60" w:line="240" w:lineRule="auto"/>
      </w:pPr>
      <w:r>
        <w:rPr>
          <w:b w:val="0"/>
          <w:i/>
          <w:sz w:val="20"/>
        </w:rPr>
        <w:t>[Wariant A, jeżeli działasz samodzielnie] bezpośrednio na mój adres wskazany w nagłówku pisma.</w:t>
      </w:r>
    </w:p>
    <w:p>
      <w:pPr>
        <w:spacing w:before="0" w:after="60" w:line="240" w:lineRule="auto"/>
        <w:jc w:val="both"/>
      </w:pPr>
      <w:r>
        <w:rPr>
          <w:b w:val="0"/>
          <w:i/>
          <w:sz w:val="20"/>
        </w:rPr>
        <w:t>[Wariant B, jeżeli ustanowiłeś nowego pełnomocnika] na adres mojego nowego pełnomocnika, którego pełnomocnictwo składam w załączeniu.</w:t>
      </w:r>
    </w:p>
    <w:p>
      <w:pPr>
        <w:spacing w:before="0" w:after="140" w:line="240" w:lineRule="auto"/>
      </w:pPr>
      <w:r>
        <w:rPr>
          <w:b w:val="0"/>
          <w:i/>
          <w:color w:val="555555"/>
          <w:sz w:val="16"/>
        </w:rPr>
        <w:t>Wybierz jeden wariant i usuń drugi.</w:t>
      </w:r>
    </w:p>
    <w:p>
      <w:pPr>
        <w:spacing w:before="0" w:after="80" w:line="240" w:lineRule="auto"/>
        <w:jc w:val="both"/>
      </w:pPr>
      <w:r>
        <w:rPr>
          <w:b w:val="0"/>
          <w:i/>
          <w:sz w:val="20"/>
        </w:rPr>
        <w:t>[Opcjonalnie, jeżeli w sprawie wyznaczono bliski termin rozprawy] Jednocześnie wnoszę o odroczenie terminu rozprawy wyznaczonej na dzień ...................... r. Zmiana pełnomocnika nastąpiła w dniu ................ r., nowy pełnomocnik nie miał dotąd dostępu do akt sprawy, a do terminu rozprawy pozostaje ......... dni, co uniemożliwia przygotowanie się do niej.</w:t>
      </w:r>
    </w:p>
    <w:p>
      <w:pPr>
        <w:spacing w:before="0" w:after="160" w:line="240" w:lineRule="auto"/>
      </w:pPr>
      <w:r>
        <w:rPr>
          <w:b w:val="0"/>
          <w:i/>
          <w:color w:val="555555"/>
          <w:sz w:val="16"/>
        </w:rPr>
        <w:t>Sama zmiana pełnomocnika nie jest wystarczającą podstawą odroczenia. Wskaż konkretne okoliczności, które uniemożliwiają przygotowanie się do tego terminu.</w:t>
      </w:r>
    </w:p>
    <w:p>
      <w:pPr>
        <w:spacing w:before="0" w:after="80" w:line="240" w:lineRule="auto"/>
      </w:pPr>
      <w:r>
        <w:rPr>
          <w:b/>
          <w:i w:val="0"/>
          <w:sz w:val="20"/>
        </w:rPr>
        <w:t>Załączniki:</w:t>
      </w:r>
    </w:p>
    <w:p>
      <w:pPr>
        <w:spacing w:before="0" w:after="40" w:line="240" w:lineRule="auto"/>
      </w:pPr>
      <w:r>
        <w:rPr>
          <w:b w:val="0"/>
          <w:i w:val="0"/>
          <w:sz w:val="20"/>
        </w:rPr>
        <w:t>1. kopia oświadczenia o wypowiedzeniu pełnomocnictwa wraz z dowodem nadania albo doręczenia,</w:t>
      </w:r>
    </w:p>
    <w:p>
      <w:pPr>
        <w:spacing w:before="0" w:after="40" w:line="240" w:lineRule="auto"/>
      </w:pPr>
      <w:r>
        <w:rPr>
          <w:b w:val="0"/>
          <w:i w:val="0"/>
          <w:sz w:val="20"/>
        </w:rPr>
        <w:t>2. [jeżeli dotyczy] pełnomocnictwo dla nowego pełnomocnika,</w:t>
      </w:r>
    </w:p>
    <w:p>
      <w:pPr>
        <w:spacing w:before="0" w:after="40" w:line="240" w:lineRule="auto"/>
      </w:pPr>
      <w:r>
        <w:rPr>
          <w:b w:val="0"/>
          <w:i w:val="0"/>
          <w:sz w:val="20"/>
        </w:rPr>
        <w:t>3. [jeżeli dotyczy] dowód uiszczenia opłaty skarbowej od pełnomocnictwa,</w:t>
      </w:r>
    </w:p>
    <w:p>
      <w:pPr>
        <w:spacing w:before="0" w:after="280" w:line="240" w:lineRule="auto"/>
      </w:pPr>
      <w:r>
        <w:rPr>
          <w:b w:val="0"/>
          <w:i w:val="0"/>
          <w:sz w:val="20"/>
        </w:rPr>
        <w:t>4. odpis pisma dla strony przeciwnej.</w:t>
      </w:r>
    </w:p>
    <w:p>
      <w:pPr>
        <w:spacing w:before="0" w:after="0" w:line="240" w:lineRule="auto"/>
        <w:jc w:val="right"/>
      </w:pPr>
      <w:r>
        <w:rPr>
          <w:b w:val="0"/>
          <w:i w:val="0"/>
          <w:sz w:val="20"/>
        </w:rPr>
        <w:t>............................................................</w:t>
      </w:r>
    </w:p>
    <w:p>
      <w:pPr>
        <w:spacing w:before="0" w:after="0" w:line="240" w:lineRule="auto"/>
        <w:jc w:val="right"/>
      </w:pPr>
      <w:r>
        <w:rPr>
          <w:b w:val="0"/>
          <w:i/>
          <w:color w:val="555555"/>
          <w:sz w:val="16"/>
        </w:rPr>
        <w:t>(czytelny podpis)</w:t>
      </w:r>
    </w:p>
    <w:p>
      <w:r>
        <w:br w:type="page"/>
      </w:r>
    </w:p>
    <w:p>
      <w:pPr>
        <w:spacing w:before="0" w:after="120" w:line="240" w:lineRule="auto"/>
      </w:pPr>
      <w:r>
        <w:rPr>
          <w:b/>
          <w:i w:val="0"/>
          <w:sz w:val="22"/>
        </w:rPr>
        <w:t>Jak korzystać z tego wzoru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1. Pismo złóż w sądzie prowadzącym sprawę: w biurze podawczym za potwierdzeniem na kopii albo listem poleconym. Zachowaj dowód nadania. Jeżeli sprawa jest prowadzona w systemie teleinformatycznym, sposób złożenia pisma sprawdź dla tego postępowania.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2. Dołącz odpis pisma dla strony przeciwnej. Liczba odpisów odpowiada liczbie pozostałych uczestników postępowania.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3. Zawiadomienie złóż tego samego dnia co oświadczenie do pełnomocnika i dołącz jego kopię. Do chwili zawiadomienia sąd doręcza pisma dotychczasowemu pełnomocnikowi i od tych doręczeń liczą się terminy.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4. Jeżeli w sprawie biegnie termin na apelację, zażalenie albo odpowiedź na pismo, pilnuj go samodzielnie, licząc od doręczenia do dotychczasowego pełnomocnika.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5. Sama zmiana pełnomocnika nie powoduje odroczenia rozprawy i nie jest wystarczającą podstawą wniosku. O odroczeniu decyduje sąd, a wniosek powinien wskazywać konkretne okoliczności uniemożliwiające przygotowanie się do rozprawy.</w:t>
      </w:r>
    </w:p>
    <w:p>
      <w:pPr>
        <w:spacing w:before="0" w:after="100" w:line="240" w:lineRule="auto"/>
        <w:jc w:val="both"/>
      </w:pPr>
      <w:r>
        <w:rPr>
          <w:b w:val="0"/>
          <w:i w:val="0"/>
          <w:sz w:val="20"/>
        </w:rPr>
        <w:t>6. Jeżeli ustanawiasz nowego pełnomocnika, złóż jego pełnomocnictwo razem z tym zawiadomieniem albo zaraz po nim, żeby w sprawie nie powstała luka.</w:t>
      </w:r>
    </w:p>
    <w:p>
      <w:pPr>
        <w:spacing w:before="120" w:after="80" w:line="240" w:lineRule="auto"/>
      </w:pPr>
      <w:r>
        <w:rPr>
          <w:b/>
          <w:i w:val="0"/>
          <w:sz w:val="20"/>
        </w:rPr>
        <w:t>Podstawa prawna</w:t>
      </w:r>
    </w:p>
    <w:p>
      <w:pPr>
        <w:spacing w:before="0" w:after="0" w:line="240" w:lineRule="auto"/>
      </w:pPr>
      <w:r>
        <w:rPr>
          <w:b w:val="0"/>
          <w:i w:val="0"/>
          <w:sz w:val="18"/>
        </w:rPr>
        <w:t>Art. 94 § 1 Kodeksu postępowania cywilnego.</w:t>
      </w:r>
    </w:p>
    <w:p>
      <w:pPr>
        <w:spacing w:before="200" w:after="0" w:line="240" w:lineRule="auto"/>
      </w:pPr>
      <w:r>
        <w:rPr>
          <w:b w:val="0"/>
          <w:i/>
          <w:color w:val="555555"/>
          <w:sz w:val="16"/>
        </w:rPr>
        <w:t>Wzór ma charakter informacyjny i nie stanowi porady prawnej. Dotyczy pełnomocnictwa procesowego w postępowaniu cywilnym. Przed użyciem w konkretnej sprawie skonsultuj treść z prawnikiem.</w:t>
      </w:r>
    </w:p>
    <w:sectPr w:rsidR="00FC693F" w:rsidRPr="0006063C" w:rsidSect="00034616">
      <w:footerReference w:type="default" r:id="rId9"/>
      <w:pgSz w:w="11906" w:h="16838"/>
      <w:pgMar w:top="964" w:right="1247" w:bottom="850" w:left="1247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55555"/>
        <w:sz w:val="16"/>
      </w:rPr>
      <w:t>Weź Prawnika - wezprawnika.pl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