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  <w:i w:val="0"/>
        </w:rPr>
        <w:t>……………………………………………………, dnia ………………………………………… r.</w:t>
      </w:r>
    </w:p>
    <w:p/>
    <w:p>
      <w:r>
        <w:rPr>
          <w:b w:val="0"/>
          <w:i w:val="0"/>
        </w:rPr>
        <w:t>Pracownik:</w:t>
      </w:r>
    </w:p>
    <w:p>
      <w:r>
        <w:rPr>
          <w:b w:val="0"/>
          <w:i w:val="0"/>
        </w:rPr>
        <w:t>………………………………………………………………………………</w:t>
      </w:r>
    </w:p>
    <w:p>
      <w:r>
        <w:rPr>
          <w:b w:val="0"/>
          <w:i w:val="0"/>
        </w:rPr>
        <w:t>(imię i nazwisko)</w:t>
      </w:r>
    </w:p>
    <w:p>
      <w:r>
        <w:rPr>
          <w:b w:val="0"/>
          <w:i w:val="0"/>
        </w:rPr>
        <w:t>………………………………………………………………………………</w:t>
      </w:r>
    </w:p>
    <w:p>
      <w:r>
        <w:rPr>
          <w:b w:val="0"/>
          <w:i w:val="0"/>
        </w:rPr>
        <w:t>(stanowisko oraz komórka organizacyjna)</w:t>
      </w:r>
    </w:p>
    <w:p>
      <w:r>
        <w:rPr>
          <w:b w:val="0"/>
          <w:i w:val="0"/>
        </w:rPr>
        <w:t>………………………………………………………………………………</w:t>
      </w:r>
    </w:p>
    <w:p>
      <w:r>
        <w:rPr>
          <w:b w:val="0"/>
          <w:i w:val="0"/>
        </w:rPr>
        <w:t>(adres do korespondencji)</w:t>
      </w:r>
    </w:p>
    <w:p/>
    <w:p>
      <w:r>
        <w:rPr>
          <w:b w:val="0"/>
          <w:i w:val="0"/>
        </w:rPr>
        <w:t>Adresat:</w:t>
      </w:r>
    </w:p>
    <w:p>
      <w:r>
        <w:rPr>
          <w:b w:val="0"/>
          <w:i w:val="0"/>
        </w:rPr>
        <w:t>………………………………………………………………………………</w:t>
      </w:r>
    </w:p>
    <w:p>
      <w:r>
        <w:rPr>
          <w:b w:val="0"/>
          <w:i w:val="0"/>
        </w:rPr>
        <w:t>(pracodawca: nazwa i adres)</w:t>
      </w:r>
    </w:p>
    <w:p>
      <w:r>
        <w:rPr>
          <w:b w:val="0"/>
          <w:i w:val="0"/>
        </w:rPr>
        <w:t>………………………………………………………………………………</w:t>
      </w:r>
    </w:p>
    <w:p>
      <w:r>
        <w:rPr>
          <w:b w:val="0"/>
          <w:i w:val="0"/>
        </w:rPr>
        <w:t>(osoba lub komórka właściwa do przyjmowania zgłoszeń, jeżeli została wskazana w regulaminie)</w:t>
      </w:r>
    </w:p>
    <w:p/>
    <w:p>
      <w:pPr>
        <w:jc w:val="center"/>
      </w:pPr>
      <w:r>
        <w:rPr>
          <w:b/>
          <w:i w:val="0"/>
        </w:rPr>
        <w:t>Zgłoszenie mobbingu</w:t>
      </w:r>
    </w:p>
    <w:p/>
    <w:p>
      <w:r>
        <w:rPr>
          <w:b w:val="0"/>
          <w:i w:val="0"/>
        </w:rPr>
        <w:t>Na podstawie art. 94(3) Kodeksu pracy zgłaszam, że w miejscu pracy są wobec mnie stosowane zachowania polegające na uporczywym nękaniu, i wnoszę o podjęcie działań opisanych w punkcie 5 niniejszego pisma.</w:t>
      </w:r>
    </w:p>
    <w:p/>
    <w:p>
      <w:r>
        <w:rPr>
          <w:b/>
          <w:i w:val="0"/>
        </w:rPr>
        <w:t>1. Osoba lub osoby, których dotyczy zgłoszenie</w:t>
      </w:r>
    </w:p>
    <w:p>
      <w:r>
        <w:rPr>
          <w:b w:val="0"/>
          <w:i w:val="0"/>
        </w:rPr>
        <w:t>………………………………………………………………………………</w:t>
      </w:r>
    </w:p>
    <w:p>
      <w:r>
        <w:rPr>
          <w:b w:val="0"/>
          <w:i w:val="0"/>
        </w:rPr>
        <w:t>………………………………………………………………………………</w:t>
      </w:r>
    </w:p>
    <w:p>
      <w:r>
        <w:rPr>
          <w:b w:val="0"/>
          <w:i w:val="0"/>
        </w:rPr>
        <w:t>(imię, nazwisko i stanowisko; jeżeli sprawców jest kilku, wymień wszystkich)</w:t>
      </w:r>
    </w:p>
    <w:p/>
    <w:p>
      <w:r>
        <w:rPr>
          <w:b/>
          <w:i w:val="0"/>
        </w:rPr>
        <w:t>2. Opis zdarzeń</w:t>
      </w:r>
    </w:p>
    <w:p>
      <w:r>
        <w:rPr>
          <w:b w:val="0"/>
          <w:i/>
        </w:rPr>
        <w:t>Opisz konkretne zachowania, nie ich ocenę. Zamiast „byłem poniżany” napisz, co dokładnie zostało powiedziane lub zrobione, kiedy i przy kim. Opisz wszystkie możliwe do ustalenia zdarzenia, podając daty lub okresy ich występowania. Ustawa nie określa minimalnej liczby zdarzeń: wymaga powtarzalności, nawracania albo stałości, a ocenia się to indywidualnie.</w:t>
      </w:r>
    </w:p>
    <w:p/>
    <w:p>
      <w:r>
        <w:rPr>
          <w:b/>
          <w:i w:val="0"/>
        </w:rPr>
        <w:t>Zdarzenie 1</w:t>
      </w:r>
    </w:p>
    <w:p>
      <w:r>
        <w:rPr>
          <w:b w:val="0"/>
          <w:i w:val="0"/>
        </w:rPr>
        <w:t>Data i godzina: ………………………………………………………………………………</w:t>
      </w:r>
    </w:p>
    <w:p>
      <w:r>
        <w:rPr>
          <w:b w:val="0"/>
          <w:i w:val="0"/>
        </w:rPr>
        <w:t>Miejsce: ………………………………………………………………………………</w:t>
      </w:r>
    </w:p>
    <w:p>
      <w:r>
        <w:rPr>
          <w:b w:val="0"/>
          <w:i w:val="0"/>
        </w:rPr>
        <w:t>Obecne osoby: ………………………………………………………………………………</w:t>
      </w:r>
    </w:p>
    <w:p>
      <w:r>
        <w:rPr>
          <w:b w:val="0"/>
          <w:i w:val="0"/>
        </w:rPr>
        <w:t>Opis:</w:t>
      </w:r>
    </w:p>
    <w:p>
      <w:r>
        <w:rPr>
          <w:b w:val="0"/>
          <w:i w:val="0"/>
        </w:rPr>
        <w:t>……………………………………………………………………………………………………</w:t>
      </w:r>
    </w:p>
    <w:p>
      <w:r>
        <w:rPr>
          <w:b w:val="0"/>
          <w:i w:val="0"/>
        </w:rPr>
        <w:t>……………………………………………………………………………………………………</w:t>
      </w:r>
    </w:p>
    <w:p/>
    <w:p>
      <w:r>
        <w:rPr>
          <w:b/>
          <w:i w:val="0"/>
        </w:rPr>
        <w:t>Zdarzenie 2</w:t>
      </w:r>
    </w:p>
    <w:p>
      <w:r>
        <w:rPr>
          <w:b w:val="0"/>
          <w:i w:val="0"/>
        </w:rPr>
        <w:t>Data i godzina: ………………………………………………………………………………</w:t>
      </w:r>
    </w:p>
    <w:p>
      <w:r>
        <w:rPr>
          <w:b w:val="0"/>
          <w:i w:val="0"/>
        </w:rPr>
        <w:t>Miejsce: ………………………………………………………………………………</w:t>
      </w:r>
    </w:p>
    <w:p>
      <w:r>
        <w:rPr>
          <w:b w:val="0"/>
          <w:i w:val="0"/>
        </w:rPr>
        <w:t>Obecne osoby: ………………………………………………………………………………</w:t>
      </w:r>
    </w:p>
    <w:p>
      <w:r>
        <w:rPr>
          <w:b w:val="0"/>
          <w:i w:val="0"/>
        </w:rPr>
        <w:t>Opis:</w:t>
      </w:r>
    </w:p>
    <w:p>
      <w:r>
        <w:rPr>
          <w:b w:val="0"/>
          <w:i w:val="0"/>
        </w:rPr>
        <w:t>……………………………………………………………………………………………………</w:t>
      </w:r>
    </w:p>
    <w:p>
      <w:r>
        <w:rPr>
          <w:b w:val="0"/>
          <w:i w:val="0"/>
        </w:rPr>
        <w:t>……………………………………………………………………………………………………</w:t>
      </w:r>
    </w:p>
    <w:p/>
    <w:p>
      <w:r>
        <w:rPr>
          <w:b/>
          <w:i w:val="0"/>
        </w:rPr>
        <w:t>Zdarzenie 3</w:t>
      </w:r>
    </w:p>
    <w:p>
      <w:r>
        <w:rPr>
          <w:b w:val="0"/>
          <w:i w:val="0"/>
        </w:rPr>
        <w:t>Data i godzina: ………………………………………………………………………………</w:t>
      </w:r>
    </w:p>
    <w:p>
      <w:r>
        <w:rPr>
          <w:b w:val="0"/>
          <w:i w:val="0"/>
        </w:rPr>
        <w:t>Miejsce: ………………………………………………………………………………</w:t>
      </w:r>
    </w:p>
    <w:p>
      <w:r>
        <w:rPr>
          <w:b w:val="0"/>
          <w:i w:val="0"/>
        </w:rPr>
        <w:t>Obecne osoby: ………………………………………………………………………………</w:t>
      </w:r>
    </w:p>
    <w:p>
      <w:r>
        <w:rPr>
          <w:b w:val="0"/>
          <w:i w:val="0"/>
        </w:rPr>
        <w:t>Opis:</w:t>
      </w:r>
    </w:p>
    <w:p>
      <w:r>
        <w:rPr>
          <w:b w:val="0"/>
          <w:i w:val="0"/>
        </w:rPr>
        <w:t>……………………………………………………………………………………………………</w:t>
      </w:r>
    </w:p>
    <w:p>
      <w:r>
        <w:rPr>
          <w:b w:val="0"/>
          <w:i w:val="0"/>
        </w:rPr>
        <w:t>……………………………………………………………………………………………………</w:t>
      </w:r>
    </w:p>
    <w:p/>
    <w:p>
      <w:r>
        <w:rPr>
          <w:b/>
          <w:i w:val="0"/>
        </w:rPr>
        <w:t>Zdarzenie 4</w:t>
      </w:r>
    </w:p>
    <w:p>
      <w:r>
        <w:rPr>
          <w:b w:val="0"/>
          <w:i w:val="0"/>
        </w:rPr>
        <w:t>Data i godzina: ………………………………………………………………………………</w:t>
      </w:r>
    </w:p>
    <w:p>
      <w:r>
        <w:rPr>
          <w:b w:val="0"/>
          <w:i w:val="0"/>
        </w:rPr>
        <w:t>Miejsce: ………………………………………………………………………………</w:t>
      </w:r>
    </w:p>
    <w:p>
      <w:r>
        <w:rPr>
          <w:b w:val="0"/>
          <w:i w:val="0"/>
        </w:rPr>
        <w:t>Obecne osoby: ………………………………………………………………………………</w:t>
      </w:r>
    </w:p>
    <w:p>
      <w:r>
        <w:rPr>
          <w:b w:val="0"/>
          <w:i w:val="0"/>
        </w:rPr>
        <w:t>Opis:</w:t>
      </w:r>
    </w:p>
    <w:p>
      <w:r>
        <w:rPr>
          <w:b w:val="0"/>
          <w:i w:val="0"/>
        </w:rPr>
        <w:t>……………………………………………………………………………………………………</w:t>
      </w:r>
    </w:p>
    <w:p>
      <w:r>
        <w:rPr>
          <w:b w:val="0"/>
          <w:i w:val="0"/>
        </w:rPr>
        <w:t>……………………………………………………………………………………………………</w:t>
      </w:r>
    </w:p>
    <w:p/>
    <w:p>
      <w:r>
        <w:rPr>
          <w:b w:val="0"/>
          <w:i/>
        </w:rPr>
        <w:t>W razie potrzeby dopisz kolejne zdarzenia na osobnej kartce i oznacz ją jako załącznik.</w:t>
      </w:r>
    </w:p>
    <w:p/>
    <w:p>
      <w:r>
        <w:rPr>
          <w:b/>
          <w:i w:val="0"/>
        </w:rPr>
        <w:t>3. Świadkowie</w:t>
      </w:r>
    </w:p>
    <w:p>
      <w:r>
        <w:rPr>
          <w:b w:val="0"/>
          <w:i w:val="0"/>
        </w:rPr>
        <w:t>………………………………………………………………………………</w:t>
      </w:r>
    </w:p>
    <w:p>
      <w:r>
        <w:rPr>
          <w:b w:val="0"/>
          <w:i w:val="0"/>
        </w:rPr>
        <w:t>………………………………………………………………………………</w:t>
      </w:r>
    </w:p>
    <w:p>
      <w:r>
        <w:rPr>
          <w:b w:val="0"/>
          <w:i w:val="0"/>
        </w:rPr>
        <w:t>(imię i nazwisko, stanowisko, wskazanie, których zdarzeń dotyczy)</w:t>
      </w:r>
    </w:p>
    <w:p/>
    <w:p>
      <w:r>
        <w:rPr>
          <w:b/>
          <w:i w:val="0"/>
        </w:rPr>
        <w:t>4. Dowody dołączone do zgłoszenia</w:t>
      </w:r>
    </w:p>
    <w:p>
      <w:r>
        <w:rPr>
          <w:b w:val="0"/>
          <w:i w:val="0"/>
        </w:rPr>
        <w:t>………………………………………………………………………………</w:t>
      </w:r>
    </w:p>
    <w:p>
      <w:r>
        <w:rPr>
          <w:b w:val="0"/>
          <w:i w:val="0"/>
        </w:rPr>
        <w:t>………………………………………………………………………………</w:t>
      </w:r>
    </w:p>
    <w:p>
      <w:r>
        <w:rPr>
          <w:b w:val="0"/>
          <w:i w:val="0"/>
        </w:rPr>
        <w:t>(np. wydruki korespondencji, zakresy obowiązków, grafiki, notatki własne; wymień każdy załącznik)</w:t>
      </w:r>
    </w:p>
    <w:p/>
    <w:p>
      <w:r>
        <w:rPr>
          <w:b/>
          <w:i w:val="0"/>
        </w:rPr>
        <w:t>5. Wnoszę o:</w:t>
      </w:r>
    </w:p>
    <w:p>
      <w:r>
        <w:rPr>
          <w:b w:val="0"/>
          <w:i w:val="0"/>
        </w:rPr>
        <w:t>1. wszczęcie postępowania wyjaśniającego w trybie przewidzianym u pracodawcy,</w:t>
      </w:r>
    </w:p>
    <w:p>
      <w:r>
        <w:rPr>
          <w:b w:val="0"/>
          <w:i w:val="0"/>
        </w:rPr>
        <w:t>2. podjęcie działań zabezpieczających na czas postępowania, w szczególności:</w:t>
      </w:r>
    </w:p>
    <w:p>
      <w:r>
        <w:rPr>
          <w:b w:val="0"/>
          <w:i w:val="0"/>
        </w:rPr>
        <w:t>………………………………………………………………………………</w:t>
      </w:r>
    </w:p>
    <w:p>
      <w:r>
        <w:rPr>
          <w:b w:val="0"/>
          <w:i w:val="0"/>
        </w:rPr>
        <w:t>(np. zmiana podporządkowania służbowego, rozdzielenie stanowisk pracy, zmiana grafiku)</w:t>
      </w:r>
    </w:p>
    <w:p>
      <w:r>
        <w:rPr>
          <w:b w:val="0"/>
          <w:i w:val="0"/>
        </w:rPr>
        <w:t>3. pisemne poinformowanie mnie o sposobie rozpatrzenia zgłoszenia oraz o podjętych działaniach.</w:t>
      </w:r>
    </w:p>
    <w:p/>
    <w:p>
      <w:r>
        <w:rPr>
          <w:b w:val="0"/>
          <w:i/>
        </w:rPr>
        <w:t>UWAGA: skorzystanie z uprawnień przysługujących z tytułu naruszenia przepisów prawa pracy nie może być podstawą jakiegokolwiek niekorzystnego traktowania pracownika (art. 18(3e) Kodeksu pracy). Ochrona obejmuje także osobę, która udzieliła wsparcia przy zgłoszeniu.</w:t>
      </w:r>
    </w:p>
    <w:p/>
    <w:p>
      <w:r>
        <w:rPr>
          <w:b w:val="0"/>
          <w:i w:val="0"/>
        </w:rPr>
        <w:t>……………………………………………………………………………………………………</w:t>
      </w:r>
    </w:p>
    <w:p>
      <w:r>
        <w:rPr>
          <w:b w:val="0"/>
          <w:i w:val="0"/>
        </w:rPr>
        <w:t>(czytelny podpis pracownika)</w:t>
      </w:r>
    </w:p>
    <w:p/>
    <w:p>
      <w:r>
        <w:rPr>
          <w:b w:val="0"/>
          <w:i w:val="0"/>
        </w:rPr>
        <w:t>Potwierdzam otrzymanie zgłoszenia:</w:t>
      </w:r>
    </w:p>
    <w:p/>
    <w:p>
      <w:r>
        <w:rPr>
          <w:b w:val="0"/>
          <w:i w:val="0"/>
        </w:rPr>
        <w:t>Data: ………………………………………………………………………………</w:t>
      </w:r>
    </w:p>
    <w:p/>
    <w:p>
      <w:r>
        <w:rPr>
          <w:b w:val="0"/>
          <w:i w:val="0"/>
        </w:rPr>
        <w:t>Podpis osoby przyjmującej: …………………………………………………………</w:t>
      </w:r>
    </w:p>
    <w:p/>
    <w:p>
      <w:r>
        <w:rPr>
          <w:b w:val="0"/>
          <w:i/>
        </w:rPr>
        <w:t>UWAGA: złóż dwa egzemplarze pisma i na swoim poproś o potwierdzenie odbioru z datą. Jeżeli pracodawca odmawia przyjęcia pisma, wyślij je listem poleconym za potwierdzeniem odbioru i zachowaj dowód nadania.</w:t>
      </w:r>
    </w:p>
    <w:p>
      <w:r>
        <w:rPr>
          <w:b w:val="0"/>
          <w:i/>
        </w:rPr>
        <w:t>UWAGA o dowodach: zabezpieczaj je zgodnie z prawem i nie kopiuj na prywatne urządzenia informacji niezwiązanych ze sprawą, danych innych osób ani materiałów objętych tajemnicą. Sposób zabezpieczenia korespondencji służbowej warto wcześniej uzgodnić z prawnikiem.</w:t>
      </w:r>
    </w:p>
    <w:p>
      <w:r>
        <w:rPr>
          <w:b w:val="0"/>
          <w:i/>
        </w:rPr>
        <w:t>Wzór ma charakter informacyjny i nie zastępuje porady prawnej. Weź Prawnika, wezprawnika.pl</w:t>
      </w:r>
    </w:p>
    <w:sectPr w:rsidR="00FC693F" w:rsidRPr="0006063C" w:rsidSect="00034616">
      <w:pgSz w:w="12240" w:h="15840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